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3E31B" w14:textId="77777777" w:rsidR="0006735A" w:rsidRDefault="00000000">
      <w:pPr>
        <w:spacing w:before="60" w:after="60" w:line="240" w:lineRule="auto"/>
        <w:jc w:val="center"/>
        <w:rPr>
          <w:lang w:eastAsia="zh-TW"/>
        </w:rPr>
      </w:pPr>
      <w:r>
        <w:rPr>
          <w:b/>
          <w:color w:val="1F4E79"/>
          <w:sz w:val="26"/>
          <w:lang w:eastAsia="zh-TW"/>
        </w:rPr>
        <w:t>第35回日本柔道整復接骨医学会学術大会</w:t>
      </w:r>
    </w:p>
    <w:p w14:paraId="0DEC86CC" w14:textId="77777777" w:rsidR="0006735A" w:rsidRDefault="00000000">
      <w:pPr>
        <w:spacing w:after="40" w:line="240" w:lineRule="auto"/>
        <w:jc w:val="center"/>
        <w:rPr>
          <w:lang w:eastAsia="ja-JP"/>
        </w:rPr>
      </w:pPr>
      <w:r>
        <w:rPr>
          <w:b/>
          <w:color w:val="1F4E79"/>
          <w:sz w:val="38"/>
          <w:lang w:eastAsia="ja-JP"/>
        </w:rPr>
        <w:t>発表要旨テンプレート C．歴史・文化人類学・質的研究等</w:t>
      </w:r>
    </w:p>
    <w:p w14:paraId="45FC0545" w14:textId="77777777" w:rsidR="0006735A" w:rsidRDefault="00000000">
      <w:pPr>
        <w:spacing w:after="100" w:line="240" w:lineRule="auto"/>
        <w:jc w:val="center"/>
        <w:rPr>
          <w:lang w:eastAsia="ja-JP"/>
        </w:rPr>
      </w:pPr>
      <w:r>
        <w:rPr>
          <w:b/>
          <w:color w:val="505050"/>
          <w:lang w:eastAsia="ja-JP"/>
        </w:rPr>
        <w:t>歴史研究・文化人類学・質的研究・資料研究等</w:t>
      </w:r>
    </w:p>
    <w:p w14:paraId="7062F4A4" w14:textId="4B422AEB" w:rsidR="0006735A" w:rsidRDefault="0006735A">
      <w:pPr>
        <w:spacing w:after="160" w:line="240" w:lineRule="auto"/>
        <w:jc w:val="center"/>
        <w:rPr>
          <w:lang w:eastAsia="ja-JP"/>
        </w:rPr>
      </w:pPr>
    </w:p>
    <w:tbl>
      <w:tblPr>
        <w:tblW w:w="0" w:type="auto"/>
        <w:jc w:val="center"/>
        <w:tblLook w:val="04A0" w:firstRow="1" w:lastRow="0" w:firstColumn="1" w:lastColumn="0" w:noHBand="0" w:noVBand="1"/>
      </w:tblPr>
      <w:tblGrid>
        <w:gridCol w:w="9978"/>
      </w:tblGrid>
      <w:tr w:rsidR="0006735A" w14:paraId="1E35AC6C" w14:textId="77777777">
        <w:trPr>
          <w:cantSplit/>
          <w:jc w:val="center"/>
        </w:trPr>
        <w:tc>
          <w:tcPr>
            <w:tcW w:w="9978" w:type="dxa"/>
            <w:tcBorders>
              <w:top w:val="single" w:sz="8" w:space="0" w:color="5B9BD5"/>
              <w:left w:val="single" w:sz="8" w:space="0" w:color="5B9BD5"/>
              <w:bottom w:val="single" w:sz="8" w:space="0" w:color="5B9BD5"/>
              <w:right w:val="single" w:sz="8" w:space="0" w:color="5B9BD5"/>
            </w:tcBorders>
            <w:shd w:val="clear" w:color="auto" w:fill="EAF2F8"/>
            <w:vAlign w:val="center"/>
          </w:tcPr>
          <w:p w14:paraId="1F5029D9" w14:textId="77777777" w:rsidR="0006735A" w:rsidRDefault="00000000">
            <w:pPr>
              <w:spacing w:after="40" w:line="259" w:lineRule="auto"/>
              <w:rPr>
                <w:lang w:eastAsia="ja-JP"/>
              </w:rPr>
            </w:pPr>
            <w:r>
              <w:rPr>
                <w:b/>
                <w:color w:val="1F4E79"/>
                <w:lang w:eastAsia="ja-JP"/>
              </w:rPr>
              <w:t>このテンプレートの使い方</w:t>
            </w:r>
          </w:p>
          <w:p w14:paraId="61621D75" w14:textId="77777777" w:rsidR="0006735A" w:rsidRDefault="00000000">
            <w:pPr>
              <w:spacing w:after="20" w:line="271" w:lineRule="auto"/>
              <w:rPr>
                <w:lang w:eastAsia="ja-JP"/>
              </w:rPr>
            </w:pPr>
            <w:r>
              <w:rPr>
                <w:sz w:val="18"/>
                <w:lang w:eastAsia="ja-JP"/>
              </w:rPr>
              <w:t>1．この指定Wordテンプレートを用いて、発表者自身が発表要旨を作成してください。</w:t>
            </w:r>
          </w:p>
          <w:p w14:paraId="0C10F11E" w14:textId="77777777" w:rsidR="0006735A" w:rsidRDefault="00000000">
            <w:pPr>
              <w:spacing w:after="20" w:line="271" w:lineRule="auto"/>
              <w:rPr>
                <w:lang w:eastAsia="ja-JP"/>
              </w:rPr>
            </w:pPr>
            <w:r>
              <w:rPr>
                <w:sz w:val="18"/>
                <w:lang w:eastAsia="ja-JP"/>
              </w:rPr>
              <w:t>2．作成後、必要に応じて学会Webサイトの「発表要旨セルフチェック＆改善ガイド（試用版）」を利用してください。</w:t>
            </w:r>
          </w:p>
          <w:p w14:paraId="00FEB6B0" w14:textId="77777777" w:rsidR="0006735A" w:rsidRDefault="00000000">
            <w:pPr>
              <w:spacing w:after="20" w:line="271" w:lineRule="auto"/>
              <w:rPr>
                <w:lang w:eastAsia="ja-JP"/>
              </w:rPr>
            </w:pPr>
            <w:r>
              <w:rPr>
                <w:sz w:val="18"/>
                <w:lang w:eastAsia="ja-JP"/>
              </w:rPr>
              <w:t>3．試用版アプリは発表要旨をゼロから作成するものではなく、作成済みの文章を自己点検するための補助ツールです。</w:t>
            </w:r>
          </w:p>
          <w:p w14:paraId="46B3268C" w14:textId="77777777" w:rsidR="0006735A" w:rsidRDefault="00000000">
            <w:pPr>
              <w:spacing w:after="20" w:line="271" w:lineRule="auto"/>
              <w:rPr>
                <w:lang w:eastAsia="ja-JP"/>
              </w:rPr>
            </w:pPr>
            <w:r>
              <w:rPr>
                <w:sz w:val="18"/>
                <w:lang w:eastAsia="ja-JP"/>
              </w:rPr>
              <w:t>4．アプリの利用は任意です。利用の有無や結果は演題の受理・採択に影響せず、アプリから演題登録も行われません。</w:t>
            </w:r>
          </w:p>
          <w:p w14:paraId="61DAB3EE" w14:textId="77777777" w:rsidR="0006735A" w:rsidRDefault="00000000">
            <w:pPr>
              <w:spacing w:after="20" w:line="271" w:lineRule="auto"/>
              <w:rPr>
                <w:lang w:eastAsia="ja-JP"/>
              </w:rPr>
            </w:pPr>
            <w:r>
              <w:rPr>
                <w:sz w:val="18"/>
                <w:lang w:eastAsia="ja-JP"/>
              </w:rPr>
              <w:t>5．アプリの提案を採用するかは発表者が判断し、最終的な記載内容は発表者自身が確認してください。</w:t>
            </w:r>
          </w:p>
        </w:tc>
      </w:tr>
    </w:tbl>
    <w:p w14:paraId="0C24617C" w14:textId="77777777" w:rsidR="0006735A" w:rsidRDefault="0006735A">
      <w:pPr>
        <w:rPr>
          <w:lang w:eastAsia="ja-JP"/>
        </w:rPr>
      </w:pPr>
    </w:p>
    <w:tbl>
      <w:tblPr>
        <w:tblW w:w="0" w:type="auto"/>
        <w:jc w:val="center"/>
        <w:tblLook w:val="04A0" w:firstRow="1" w:lastRow="0" w:firstColumn="1" w:lastColumn="0" w:noHBand="0" w:noVBand="1"/>
      </w:tblPr>
      <w:tblGrid>
        <w:gridCol w:w="9978"/>
      </w:tblGrid>
      <w:tr w:rsidR="0006735A" w14:paraId="5D10F709" w14:textId="77777777">
        <w:trPr>
          <w:cantSplit/>
          <w:jc w:val="center"/>
        </w:trPr>
        <w:tc>
          <w:tcPr>
            <w:tcW w:w="9978" w:type="dxa"/>
            <w:tcBorders>
              <w:top w:val="single" w:sz="8" w:space="0" w:color="C55A11"/>
              <w:left w:val="single" w:sz="8" w:space="0" w:color="C55A11"/>
              <w:bottom w:val="single" w:sz="8" w:space="0" w:color="C55A11"/>
              <w:right w:val="single" w:sz="8" w:space="0" w:color="C55A11"/>
            </w:tcBorders>
            <w:shd w:val="clear" w:color="auto" w:fill="FCE4D6"/>
            <w:vAlign w:val="center"/>
          </w:tcPr>
          <w:p w14:paraId="6ABC9900" w14:textId="77777777" w:rsidR="0006735A" w:rsidRDefault="00000000">
            <w:pPr>
              <w:spacing w:after="40" w:line="259" w:lineRule="auto"/>
              <w:rPr>
                <w:lang w:eastAsia="ja-JP"/>
              </w:rPr>
            </w:pPr>
            <w:r>
              <w:rPr>
                <w:b/>
                <w:color w:val="A03C00"/>
                <w:lang w:eastAsia="ja-JP"/>
              </w:rPr>
              <w:t>試用版アプリへ入力する際の注意</w:t>
            </w:r>
          </w:p>
          <w:p w14:paraId="604695BA" w14:textId="77777777" w:rsidR="0006735A" w:rsidRDefault="00000000">
            <w:pPr>
              <w:spacing w:after="20" w:line="271" w:lineRule="auto"/>
              <w:rPr>
                <w:lang w:eastAsia="ja-JP"/>
              </w:rPr>
            </w:pPr>
            <w:r>
              <w:rPr>
                <w:sz w:val="18"/>
                <w:lang w:eastAsia="ja-JP"/>
              </w:rPr>
              <w:t>著者名・所属、患者・研究対象者を特定できる情報は入力しないでください。</w:t>
            </w:r>
          </w:p>
          <w:p w14:paraId="0EEADCA9" w14:textId="77777777" w:rsidR="0006735A" w:rsidRDefault="00000000">
            <w:pPr>
              <w:spacing w:after="20" w:line="271" w:lineRule="auto"/>
              <w:rPr>
                <w:lang w:eastAsia="ja-JP"/>
              </w:rPr>
            </w:pPr>
            <w:r>
              <w:rPr>
                <w:sz w:val="18"/>
                <w:lang w:eastAsia="ja-JP"/>
              </w:rPr>
              <w:t>症例報告では、具体的な日付、施設名、地域名等の組合せによる個人特定にも注意してください。</w:t>
            </w:r>
          </w:p>
          <w:p w14:paraId="631FFBEF" w14:textId="77777777" w:rsidR="0006735A" w:rsidRDefault="00000000">
            <w:pPr>
              <w:spacing w:after="20" w:line="271" w:lineRule="auto"/>
              <w:rPr>
                <w:lang w:eastAsia="ja-JP"/>
              </w:rPr>
            </w:pPr>
            <w:r>
              <w:rPr>
                <w:sz w:val="18"/>
                <w:lang w:eastAsia="ja-JP"/>
              </w:rPr>
              <w:t>アプリで修正した文章はこの指定Wordテンプレートへ戻し、Microsoft Wordで文字数を再確認してください。</w:t>
            </w:r>
          </w:p>
        </w:tc>
      </w:tr>
    </w:tbl>
    <w:p w14:paraId="6EE1EDBB" w14:textId="77777777" w:rsidR="0006735A" w:rsidRDefault="0006735A">
      <w:pPr>
        <w:rPr>
          <w:lang w:eastAsia="ja-JP"/>
        </w:rPr>
      </w:pPr>
    </w:p>
    <w:p w14:paraId="6C6A1A7D" w14:textId="77777777" w:rsidR="0006735A" w:rsidRDefault="00000000">
      <w:pPr>
        <w:pStyle w:val="1"/>
        <w:spacing w:before="140" w:after="60"/>
      </w:pPr>
      <w:r>
        <w:t>作成上の共通事項</w:t>
      </w:r>
    </w:p>
    <w:p w14:paraId="3D871B7B" w14:textId="77777777" w:rsidR="0006735A" w:rsidRDefault="00000000">
      <w:pPr>
        <w:pStyle w:val="a0"/>
        <w:spacing w:after="20" w:line="269" w:lineRule="auto"/>
        <w:rPr>
          <w:lang w:eastAsia="ja-JP"/>
        </w:rPr>
      </w:pPr>
      <w:r>
        <w:rPr>
          <w:sz w:val="19"/>
          <w:lang w:eastAsia="ja-JP"/>
        </w:rPr>
        <w:t>発表要旨は日本語で作成してください。一般に用いられる略語や最小限の英字表記は使用できます。</w:t>
      </w:r>
    </w:p>
    <w:p w14:paraId="03361115" w14:textId="77777777" w:rsidR="0006735A" w:rsidRDefault="00000000">
      <w:pPr>
        <w:pStyle w:val="a0"/>
        <w:spacing w:after="20" w:line="269" w:lineRule="auto"/>
        <w:rPr>
          <w:lang w:eastAsia="ja-JP"/>
        </w:rPr>
      </w:pPr>
      <w:r>
        <w:rPr>
          <w:sz w:val="19"/>
          <w:lang w:eastAsia="ja-JP"/>
        </w:rPr>
        <w:t>文章のみとし、画像・写真・図・表・グラフ等は使用できません。</w:t>
      </w:r>
    </w:p>
    <w:p w14:paraId="4C3A0C79" w14:textId="77777777" w:rsidR="0006735A" w:rsidRDefault="00000000">
      <w:pPr>
        <w:pStyle w:val="a0"/>
        <w:spacing w:after="20" w:line="269" w:lineRule="auto"/>
        <w:rPr>
          <w:lang w:eastAsia="ja-JP"/>
        </w:rPr>
      </w:pPr>
      <w:r>
        <w:rPr>
          <w:sz w:val="19"/>
          <w:lang w:eastAsia="ja-JP"/>
        </w:rPr>
        <w:t>キーワードは5語以内としてください。</w:t>
      </w:r>
    </w:p>
    <w:p w14:paraId="69FD607D" w14:textId="77777777" w:rsidR="0006735A" w:rsidRDefault="00000000">
      <w:pPr>
        <w:pStyle w:val="a0"/>
        <w:spacing w:after="20" w:line="269" w:lineRule="auto"/>
        <w:rPr>
          <w:lang w:eastAsia="ja-JP"/>
        </w:rPr>
      </w:pPr>
      <w:r>
        <w:rPr>
          <w:sz w:val="19"/>
          <w:lang w:eastAsia="ja-JP"/>
        </w:rPr>
        <w:t>見出しは【　】の表記を使用してください。</w:t>
      </w:r>
    </w:p>
    <w:p w14:paraId="386B86C8" w14:textId="77777777" w:rsidR="0006735A" w:rsidRDefault="00000000">
      <w:pPr>
        <w:pStyle w:val="a0"/>
        <w:spacing w:after="20" w:line="269" w:lineRule="auto"/>
        <w:rPr>
          <w:lang w:eastAsia="ja-JP"/>
        </w:rPr>
      </w:pPr>
      <w:r>
        <w:rPr>
          <w:sz w:val="19"/>
          <w:lang w:eastAsia="ja-JP"/>
        </w:rPr>
        <w:t>外字、特殊記号、環境依存文字は使用しないでください。</w:t>
      </w:r>
    </w:p>
    <w:p w14:paraId="101E8BAA" w14:textId="77777777" w:rsidR="0006735A" w:rsidRDefault="00000000">
      <w:pPr>
        <w:pStyle w:val="a0"/>
        <w:spacing w:after="20" w:line="269" w:lineRule="auto"/>
        <w:rPr>
          <w:lang w:eastAsia="ja-JP"/>
        </w:rPr>
      </w:pPr>
      <w:r>
        <w:rPr>
          <w:sz w:val="19"/>
          <w:lang w:eastAsia="ja-JP"/>
        </w:rPr>
        <w:t>提出された発表要旨は、校正を行わず原文のまま掲載されます。</w:t>
      </w:r>
    </w:p>
    <w:p w14:paraId="7EE0A689" w14:textId="77777777" w:rsidR="0006735A" w:rsidRDefault="00000000">
      <w:pPr>
        <w:pStyle w:val="1"/>
        <w:spacing w:before="140" w:after="60"/>
      </w:pPr>
      <w:r>
        <w:t>1．基本情報</w:t>
      </w:r>
    </w:p>
    <w:tbl>
      <w:tblPr>
        <w:tblW w:w="0" w:type="auto"/>
        <w:jc w:val="center"/>
        <w:tblLayout w:type="fixed"/>
        <w:tblLook w:val="04A0" w:firstRow="1" w:lastRow="0" w:firstColumn="1" w:lastColumn="0" w:noHBand="0" w:noVBand="1"/>
      </w:tblPr>
      <w:tblGrid>
        <w:gridCol w:w="1814"/>
        <w:gridCol w:w="8050"/>
      </w:tblGrid>
      <w:tr w:rsidR="0006735A" w14:paraId="21F1691B" w14:textId="77777777">
        <w:trPr>
          <w:jc w:val="center"/>
        </w:trPr>
        <w:tc>
          <w:tcPr>
            <w:tcW w:w="1814" w:type="dxa"/>
            <w:tcBorders>
              <w:top w:val="single" w:sz="4" w:space="0" w:color="A6A6A6"/>
              <w:left w:val="single" w:sz="4" w:space="0" w:color="A6A6A6"/>
              <w:bottom w:val="single" w:sz="4" w:space="0" w:color="A6A6A6"/>
              <w:right w:val="single" w:sz="4" w:space="0" w:color="A6A6A6"/>
            </w:tcBorders>
            <w:shd w:val="clear" w:color="auto" w:fill="D9EAF7"/>
            <w:vAlign w:val="center"/>
          </w:tcPr>
          <w:p w14:paraId="0B61D54D" w14:textId="77777777" w:rsidR="0006735A" w:rsidRDefault="00000000">
            <w:pPr>
              <w:spacing w:line="240" w:lineRule="auto"/>
            </w:pPr>
            <w:r>
              <w:rPr>
                <w:b/>
                <w:sz w:val="19"/>
              </w:rPr>
              <w:t>演題名</w:t>
            </w:r>
          </w:p>
        </w:tc>
        <w:tc>
          <w:tcPr>
            <w:tcW w:w="8050" w:type="dxa"/>
            <w:tcBorders>
              <w:top w:val="single" w:sz="4" w:space="0" w:color="A6A6A6"/>
              <w:left w:val="single" w:sz="4" w:space="0" w:color="A6A6A6"/>
              <w:bottom w:val="single" w:sz="4" w:space="0" w:color="A6A6A6"/>
              <w:right w:val="single" w:sz="4" w:space="0" w:color="A6A6A6"/>
            </w:tcBorders>
            <w:shd w:val="clear" w:color="auto" w:fill="FFFFFF"/>
            <w:vAlign w:val="center"/>
          </w:tcPr>
          <w:p w14:paraId="4340A471" w14:textId="77777777" w:rsidR="0006735A" w:rsidRDefault="00000000">
            <w:pPr>
              <w:spacing w:line="240" w:lineRule="auto"/>
            </w:pPr>
            <w:r>
              <w:rPr>
                <w:i/>
                <w:color w:val="787878"/>
                <w:sz w:val="18"/>
                <w:lang w:eastAsia="ja-JP"/>
              </w:rPr>
              <w:t>［ここに演題名を入力してください。</w:t>
            </w:r>
            <w:r>
              <w:rPr>
                <w:i/>
                <w:color w:val="787878"/>
                <w:sz w:val="18"/>
              </w:rPr>
              <w:t>］</w:t>
            </w:r>
          </w:p>
        </w:tc>
      </w:tr>
      <w:tr w:rsidR="0006735A" w14:paraId="69F93D1A" w14:textId="77777777">
        <w:trPr>
          <w:jc w:val="center"/>
        </w:trPr>
        <w:tc>
          <w:tcPr>
            <w:tcW w:w="1814" w:type="dxa"/>
            <w:tcBorders>
              <w:top w:val="single" w:sz="4" w:space="0" w:color="A6A6A6"/>
              <w:left w:val="single" w:sz="4" w:space="0" w:color="A6A6A6"/>
              <w:bottom w:val="single" w:sz="4" w:space="0" w:color="A6A6A6"/>
              <w:right w:val="single" w:sz="4" w:space="0" w:color="A6A6A6"/>
            </w:tcBorders>
            <w:shd w:val="clear" w:color="auto" w:fill="D9EAF7"/>
            <w:vAlign w:val="center"/>
          </w:tcPr>
          <w:p w14:paraId="4559F36B" w14:textId="77777777" w:rsidR="0006735A" w:rsidRDefault="00000000">
            <w:pPr>
              <w:spacing w:line="240" w:lineRule="auto"/>
            </w:pPr>
            <w:r>
              <w:rPr>
                <w:b/>
                <w:sz w:val="19"/>
              </w:rPr>
              <w:t>筆頭発表者</w:t>
            </w:r>
          </w:p>
        </w:tc>
        <w:tc>
          <w:tcPr>
            <w:tcW w:w="8050" w:type="dxa"/>
            <w:tcBorders>
              <w:top w:val="single" w:sz="4" w:space="0" w:color="A6A6A6"/>
              <w:left w:val="single" w:sz="4" w:space="0" w:color="A6A6A6"/>
              <w:bottom w:val="single" w:sz="4" w:space="0" w:color="A6A6A6"/>
              <w:right w:val="single" w:sz="4" w:space="0" w:color="A6A6A6"/>
            </w:tcBorders>
            <w:shd w:val="clear" w:color="auto" w:fill="FFFFFF"/>
            <w:vAlign w:val="center"/>
          </w:tcPr>
          <w:p w14:paraId="26DC3C12" w14:textId="77777777" w:rsidR="0006735A" w:rsidRDefault="00000000">
            <w:pPr>
              <w:spacing w:line="240" w:lineRule="auto"/>
            </w:pPr>
            <w:r>
              <w:rPr>
                <w:i/>
                <w:color w:val="787878"/>
                <w:sz w:val="18"/>
                <w:lang w:eastAsia="ja-JP"/>
              </w:rPr>
              <w:t>［氏名を入力してください。</w:t>
            </w:r>
            <w:r>
              <w:rPr>
                <w:i/>
                <w:color w:val="787878"/>
                <w:sz w:val="18"/>
              </w:rPr>
              <w:t>］</w:t>
            </w:r>
          </w:p>
        </w:tc>
      </w:tr>
      <w:tr w:rsidR="0006735A" w14:paraId="6888B3AF" w14:textId="77777777">
        <w:trPr>
          <w:jc w:val="center"/>
        </w:trPr>
        <w:tc>
          <w:tcPr>
            <w:tcW w:w="1814" w:type="dxa"/>
            <w:tcBorders>
              <w:top w:val="single" w:sz="4" w:space="0" w:color="A6A6A6"/>
              <w:left w:val="single" w:sz="4" w:space="0" w:color="A6A6A6"/>
              <w:bottom w:val="single" w:sz="4" w:space="0" w:color="A6A6A6"/>
              <w:right w:val="single" w:sz="4" w:space="0" w:color="A6A6A6"/>
            </w:tcBorders>
            <w:shd w:val="clear" w:color="auto" w:fill="D9EAF7"/>
            <w:vAlign w:val="center"/>
          </w:tcPr>
          <w:p w14:paraId="19AA01FD" w14:textId="77777777" w:rsidR="0006735A" w:rsidRDefault="00000000">
            <w:pPr>
              <w:spacing w:line="240" w:lineRule="auto"/>
            </w:pPr>
            <w:r>
              <w:rPr>
                <w:b/>
                <w:sz w:val="19"/>
              </w:rPr>
              <w:t>共同発表者</w:t>
            </w:r>
          </w:p>
        </w:tc>
        <w:tc>
          <w:tcPr>
            <w:tcW w:w="8050" w:type="dxa"/>
            <w:tcBorders>
              <w:top w:val="single" w:sz="4" w:space="0" w:color="A6A6A6"/>
              <w:left w:val="single" w:sz="4" w:space="0" w:color="A6A6A6"/>
              <w:bottom w:val="single" w:sz="4" w:space="0" w:color="A6A6A6"/>
              <w:right w:val="single" w:sz="4" w:space="0" w:color="A6A6A6"/>
            </w:tcBorders>
            <w:shd w:val="clear" w:color="auto" w:fill="FFFFFF"/>
            <w:vAlign w:val="center"/>
          </w:tcPr>
          <w:p w14:paraId="2A1AFDD6" w14:textId="77777777" w:rsidR="0006735A" w:rsidRDefault="00000000">
            <w:pPr>
              <w:spacing w:line="240" w:lineRule="auto"/>
            </w:pPr>
            <w:r>
              <w:rPr>
                <w:i/>
                <w:color w:val="787878"/>
                <w:sz w:val="18"/>
                <w:lang w:eastAsia="ja-JP"/>
              </w:rPr>
              <w:t>［氏名を入力してください。複数の場合は「、」で区切ってください。</w:t>
            </w:r>
            <w:r>
              <w:rPr>
                <w:i/>
                <w:color w:val="787878"/>
                <w:sz w:val="18"/>
              </w:rPr>
              <w:t>］</w:t>
            </w:r>
          </w:p>
        </w:tc>
      </w:tr>
      <w:tr w:rsidR="0006735A" w14:paraId="51DF417F" w14:textId="77777777">
        <w:trPr>
          <w:jc w:val="center"/>
        </w:trPr>
        <w:tc>
          <w:tcPr>
            <w:tcW w:w="1814" w:type="dxa"/>
            <w:tcBorders>
              <w:top w:val="single" w:sz="4" w:space="0" w:color="A6A6A6"/>
              <w:left w:val="single" w:sz="4" w:space="0" w:color="A6A6A6"/>
              <w:bottom w:val="single" w:sz="4" w:space="0" w:color="A6A6A6"/>
              <w:right w:val="single" w:sz="4" w:space="0" w:color="A6A6A6"/>
            </w:tcBorders>
            <w:shd w:val="clear" w:color="auto" w:fill="D9EAF7"/>
            <w:vAlign w:val="center"/>
          </w:tcPr>
          <w:p w14:paraId="5F624293" w14:textId="77777777" w:rsidR="0006735A" w:rsidRDefault="00000000">
            <w:pPr>
              <w:spacing w:line="240" w:lineRule="auto"/>
            </w:pPr>
            <w:r>
              <w:rPr>
                <w:b/>
                <w:sz w:val="19"/>
              </w:rPr>
              <w:t>所属</w:t>
            </w:r>
          </w:p>
        </w:tc>
        <w:tc>
          <w:tcPr>
            <w:tcW w:w="8050" w:type="dxa"/>
            <w:tcBorders>
              <w:top w:val="single" w:sz="4" w:space="0" w:color="A6A6A6"/>
              <w:left w:val="single" w:sz="4" w:space="0" w:color="A6A6A6"/>
              <w:bottom w:val="single" w:sz="4" w:space="0" w:color="A6A6A6"/>
              <w:right w:val="single" w:sz="4" w:space="0" w:color="A6A6A6"/>
            </w:tcBorders>
            <w:shd w:val="clear" w:color="auto" w:fill="FFFFFF"/>
            <w:vAlign w:val="center"/>
          </w:tcPr>
          <w:p w14:paraId="57A0E0DC" w14:textId="77777777" w:rsidR="0006735A" w:rsidRDefault="00000000">
            <w:pPr>
              <w:spacing w:line="240" w:lineRule="auto"/>
            </w:pPr>
            <w:r>
              <w:rPr>
                <w:i/>
                <w:color w:val="787878"/>
                <w:sz w:val="18"/>
                <w:lang w:eastAsia="ja-JP"/>
              </w:rPr>
              <w:t>［所属を入力してください。複数所属の場合は対応関係が分かるようにしてください。</w:t>
            </w:r>
            <w:r>
              <w:rPr>
                <w:i/>
                <w:color w:val="787878"/>
                <w:sz w:val="18"/>
              </w:rPr>
              <w:t>］</w:t>
            </w:r>
          </w:p>
        </w:tc>
      </w:tr>
      <w:tr w:rsidR="0006735A" w14:paraId="2ABC5711" w14:textId="77777777">
        <w:trPr>
          <w:jc w:val="center"/>
        </w:trPr>
        <w:tc>
          <w:tcPr>
            <w:tcW w:w="1814" w:type="dxa"/>
            <w:tcBorders>
              <w:top w:val="single" w:sz="4" w:space="0" w:color="A6A6A6"/>
              <w:left w:val="single" w:sz="4" w:space="0" w:color="A6A6A6"/>
              <w:bottom w:val="single" w:sz="4" w:space="0" w:color="A6A6A6"/>
              <w:right w:val="single" w:sz="4" w:space="0" w:color="A6A6A6"/>
            </w:tcBorders>
            <w:shd w:val="clear" w:color="auto" w:fill="D9EAF7"/>
            <w:vAlign w:val="center"/>
          </w:tcPr>
          <w:p w14:paraId="7CE07C5A" w14:textId="77777777" w:rsidR="0006735A" w:rsidRDefault="00000000">
            <w:pPr>
              <w:spacing w:line="240" w:lineRule="auto"/>
            </w:pPr>
            <w:r>
              <w:rPr>
                <w:b/>
                <w:sz w:val="19"/>
              </w:rPr>
              <w:t>キーワード</w:t>
            </w:r>
          </w:p>
        </w:tc>
        <w:tc>
          <w:tcPr>
            <w:tcW w:w="8050" w:type="dxa"/>
            <w:tcBorders>
              <w:top w:val="single" w:sz="4" w:space="0" w:color="A6A6A6"/>
              <w:left w:val="single" w:sz="4" w:space="0" w:color="A6A6A6"/>
              <w:bottom w:val="single" w:sz="4" w:space="0" w:color="A6A6A6"/>
              <w:right w:val="single" w:sz="4" w:space="0" w:color="A6A6A6"/>
            </w:tcBorders>
            <w:shd w:val="clear" w:color="auto" w:fill="FFFFFF"/>
            <w:vAlign w:val="center"/>
          </w:tcPr>
          <w:p w14:paraId="4B0F7305" w14:textId="77777777" w:rsidR="0006735A" w:rsidRDefault="00000000">
            <w:pPr>
              <w:spacing w:line="240" w:lineRule="auto"/>
            </w:pPr>
            <w:r>
              <w:rPr>
                <w:i/>
                <w:color w:val="787878"/>
                <w:sz w:val="18"/>
                <w:lang w:eastAsia="ja-JP"/>
              </w:rPr>
              <w:t>［5語以内で入力してください。</w:t>
            </w:r>
            <w:r>
              <w:rPr>
                <w:i/>
                <w:color w:val="787878"/>
                <w:sz w:val="18"/>
              </w:rPr>
              <w:t>］</w:t>
            </w:r>
          </w:p>
        </w:tc>
      </w:tr>
    </w:tbl>
    <w:p w14:paraId="1664EF42" w14:textId="77777777" w:rsidR="0006735A" w:rsidRDefault="0006735A"/>
    <w:p w14:paraId="393B86C7" w14:textId="77777777" w:rsidR="0006735A" w:rsidRDefault="00000000">
      <w:pPr>
        <w:pStyle w:val="1"/>
        <w:pageBreakBefore/>
        <w:spacing w:before="140" w:after="60"/>
      </w:pPr>
      <w:r>
        <w:lastRenderedPageBreak/>
        <w:t>発表要旨本文</w:t>
      </w:r>
    </w:p>
    <w:tbl>
      <w:tblPr>
        <w:tblW w:w="0" w:type="auto"/>
        <w:jc w:val="center"/>
        <w:tblLook w:val="04A0" w:firstRow="1" w:lastRow="0" w:firstColumn="1" w:lastColumn="0" w:noHBand="0" w:noVBand="1"/>
      </w:tblPr>
      <w:tblGrid>
        <w:gridCol w:w="9978"/>
      </w:tblGrid>
      <w:tr w:rsidR="0006735A" w14:paraId="040947E8" w14:textId="77777777">
        <w:trPr>
          <w:cantSplit/>
          <w:jc w:val="center"/>
        </w:trPr>
        <w:tc>
          <w:tcPr>
            <w:tcW w:w="9978" w:type="dxa"/>
            <w:tcBorders>
              <w:top w:val="single" w:sz="8" w:space="0" w:color="D6B656"/>
              <w:left w:val="single" w:sz="8" w:space="0" w:color="D6B656"/>
              <w:bottom w:val="single" w:sz="8" w:space="0" w:color="D6B656"/>
              <w:right w:val="single" w:sz="8" w:space="0" w:color="D6B656"/>
            </w:tcBorders>
            <w:shd w:val="clear" w:color="auto" w:fill="FFF2CC"/>
            <w:vAlign w:val="center"/>
          </w:tcPr>
          <w:p w14:paraId="3BAE44EE" w14:textId="77777777" w:rsidR="0006735A" w:rsidRDefault="00000000">
            <w:pPr>
              <w:spacing w:after="40" w:line="259" w:lineRule="auto"/>
              <w:rPr>
                <w:lang w:eastAsia="ja-JP"/>
              </w:rPr>
            </w:pPr>
            <w:r>
              <w:rPr>
                <w:b/>
                <w:color w:val="7F6000"/>
                <w:lang w:eastAsia="ja-JP"/>
              </w:rPr>
              <w:t>800字の対象範囲（Ver.1.0確定）</w:t>
            </w:r>
          </w:p>
          <w:p w14:paraId="279720A0" w14:textId="77777777" w:rsidR="0006735A" w:rsidRDefault="00000000">
            <w:pPr>
              <w:spacing w:after="20" w:line="271" w:lineRule="auto"/>
              <w:rPr>
                <w:lang w:eastAsia="ja-JP"/>
              </w:rPr>
            </w:pPr>
            <w:r>
              <w:rPr>
                <w:sz w:val="18"/>
                <w:lang w:eastAsia="ja-JP"/>
              </w:rPr>
              <w:t>800字に含めるもの：各【見出し】、各見出しの本文、【COI】とその本文、【倫理的配慮】とその本文。</w:t>
            </w:r>
          </w:p>
          <w:p w14:paraId="6BCB5C82" w14:textId="77777777" w:rsidR="0006735A" w:rsidRDefault="00000000">
            <w:pPr>
              <w:spacing w:after="20" w:line="271" w:lineRule="auto"/>
              <w:rPr>
                <w:lang w:eastAsia="ja-JP"/>
              </w:rPr>
            </w:pPr>
            <w:r>
              <w:rPr>
                <w:sz w:val="18"/>
                <w:lang w:eastAsia="ja-JP"/>
              </w:rPr>
              <w:t>800字に含めないもの：演題名、著者名、所属、キーワード、空白、改行。</w:t>
            </w:r>
          </w:p>
          <w:p w14:paraId="73A8E4E1" w14:textId="77777777" w:rsidR="0006735A" w:rsidRDefault="00000000">
            <w:pPr>
              <w:spacing w:after="20" w:line="271" w:lineRule="auto"/>
              <w:rPr>
                <w:lang w:eastAsia="ja-JP"/>
              </w:rPr>
            </w:pPr>
            <w:r>
              <w:rPr>
                <w:sz w:val="18"/>
                <w:lang w:eastAsia="ja-JP"/>
              </w:rPr>
              <w:t>最初の本文見出しから【倫理的配慮】の末尾までを選択し、Microsoft Wordの［校閲］→［文字カウント］で「文字数（スペースを含めない）」を確認してください。</w:t>
            </w:r>
          </w:p>
          <w:p w14:paraId="31617D1B" w14:textId="77777777" w:rsidR="0006735A" w:rsidRDefault="00000000">
            <w:pPr>
              <w:spacing w:after="20" w:line="271" w:lineRule="auto"/>
              <w:rPr>
                <w:lang w:eastAsia="ja-JP"/>
              </w:rPr>
            </w:pPr>
            <w:r>
              <w:rPr>
                <w:sz w:val="18"/>
                <w:lang w:eastAsia="ja-JP"/>
              </w:rPr>
              <w:t>入力補助文は発表要旨に含めません。入力後、必ず削除してください。</w:t>
            </w:r>
          </w:p>
        </w:tc>
      </w:tr>
    </w:tbl>
    <w:p w14:paraId="7318539D" w14:textId="77777777" w:rsidR="0006735A" w:rsidRDefault="0006735A">
      <w:pPr>
        <w:rPr>
          <w:lang w:eastAsia="ja-JP"/>
        </w:rPr>
      </w:pPr>
    </w:p>
    <w:p w14:paraId="074CA10E" w14:textId="77777777" w:rsidR="0006735A" w:rsidRDefault="00000000">
      <w:pPr>
        <w:spacing w:after="60" w:line="269" w:lineRule="auto"/>
        <w:rPr>
          <w:lang w:eastAsia="ja-JP"/>
        </w:rPr>
      </w:pPr>
      <w:r>
        <w:rPr>
          <w:b/>
          <w:color w:val="A03C00"/>
          <w:sz w:val="18"/>
          <w:lang w:eastAsia="ja-JP"/>
        </w:rPr>
        <w:t>本文が叙述型であっても、必ず見出しを付けてください。倫理審査が非該当または不要の場合も、その理由を【倫理的配慮】に記載してください。</w:t>
      </w:r>
    </w:p>
    <w:p w14:paraId="21CB42AC" w14:textId="77777777" w:rsidR="0006735A" w:rsidRDefault="00000000">
      <w:pPr>
        <w:keepNext/>
        <w:spacing w:before="80" w:after="20" w:line="240" w:lineRule="auto"/>
        <w:rPr>
          <w:lang w:eastAsia="ja-JP"/>
        </w:rPr>
      </w:pPr>
      <w:r>
        <w:rPr>
          <w:rFonts w:ascii="Noto Serif CJK JP" w:eastAsia="Noto Serif CJK JP" w:hAnsi="Noto Serif CJK JP"/>
          <w:b/>
          <w:sz w:val="22"/>
          <w:lang w:eastAsia="ja-JP"/>
        </w:rPr>
        <w:t>【背景・目的】</w:t>
      </w:r>
    </w:p>
    <w:p w14:paraId="0DC976E3" w14:textId="77777777" w:rsidR="0006735A" w:rsidRDefault="00000000">
      <w:pPr>
        <w:spacing w:after="20" w:line="252" w:lineRule="auto"/>
        <w:rPr>
          <w:lang w:eastAsia="ja-JP"/>
        </w:rPr>
      </w:pPr>
      <w:r>
        <w:rPr>
          <w:i/>
          <w:color w:val="737373"/>
          <w:sz w:val="17"/>
          <w:lang w:eastAsia="ja-JP"/>
        </w:rPr>
        <w:t>［入力補助：研究の背景・課題および目的を簡潔に記載してください。必要に応じて【背景】と【目的】に分けても構いません。］</w:t>
      </w:r>
    </w:p>
    <w:p w14:paraId="04E29100" w14:textId="77777777" w:rsidR="0006735A" w:rsidRDefault="00000000">
      <w:pPr>
        <w:spacing w:after="20" w:line="252" w:lineRule="auto"/>
        <w:rPr>
          <w:lang w:eastAsia="ja-JP"/>
        </w:rPr>
      </w:pPr>
      <w:r>
        <w:rPr>
          <w:b/>
          <w:color w:val="B43228"/>
          <w:sz w:val="16"/>
          <w:lang w:eastAsia="ja-JP"/>
        </w:rPr>
        <w:t>※入力後、この入力補助文を削除してください。</w:t>
      </w:r>
    </w:p>
    <w:p w14:paraId="02E158C3" w14:textId="77777777" w:rsidR="0006735A" w:rsidRDefault="00000000">
      <w:pPr>
        <w:pBdr>
          <w:bottom w:val="dotted" w:sz="2" w:space="1" w:color="D9D9D9"/>
        </w:pBdr>
        <w:spacing w:line="240" w:lineRule="auto"/>
        <w:rPr>
          <w:lang w:eastAsia="ja-JP"/>
        </w:rPr>
      </w:pPr>
      <w:r>
        <w:rPr>
          <w:lang w:eastAsia="ja-JP"/>
        </w:rPr>
        <w:t xml:space="preserve">　</w:t>
      </w:r>
    </w:p>
    <w:p w14:paraId="1A16E751" w14:textId="77777777" w:rsidR="0006735A" w:rsidRDefault="00000000">
      <w:pPr>
        <w:pBdr>
          <w:bottom w:val="dotted" w:sz="2" w:space="1" w:color="D9D9D9"/>
        </w:pBdr>
        <w:spacing w:line="240" w:lineRule="auto"/>
        <w:rPr>
          <w:lang w:eastAsia="ja-JP"/>
        </w:rPr>
      </w:pPr>
      <w:r>
        <w:rPr>
          <w:lang w:eastAsia="ja-JP"/>
        </w:rPr>
        <w:t xml:space="preserve">　</w:t>
      </w:r>
    </w:p>
    <w:p w14:paraId="7BB4C3EC" w14:textId="77777777" w:rsidR="0006735A" w:rsidRDefault="00000000">
      <w:pPr>
        <w:keepNext/>
        <w:spacing w:before="80" w:after="20" w:line="240" w:lineRule="auto"/>
        <w:rPr>
          <w:lang w:eastAsia="ja-JP"/>
        </w:rPr>
      </w:pPr>
      <w:r>
        <w:rPr>
          <w:rFonts w:ascii="Noto Serif CJK JP" w:eastAsia="Noto Serif CJK JP" w:hAnsi="Noto Serif CJK JP"/>
          <w:b/>
          <w:sz w:val="22"/>
          <w:lang w:eastAsia="ja-JP"/>
        </w:rPr>
        <w:t>【資料・対象】</w:t>
      </w:r>
      <w:r>
        <w:rPr>
          <w:color w:val="646464"/>
          <w:sz w:val="16"/>
          <w:lang w:eastAsia="ja-JP"/>
        </w:rPr>
        <w:t>（必要に応じて使用。使用しない場合は見出しごと削除）</w:t>
      </w:r>
    </w:p>
    <w:p w14:paraId="60CD4019" w14:textId="77777777" w:rsidR="0006735A" w:rsidRDefault="00000000">
      <w:pPr>
        <w:spacing w:after="20" w:line="252" w:lineRule="auto"/>
        <w:rPr>
          <w:lang w:eastAsia="ja-JP"/>
        </w:rPr>
      </w:pPr>
      <w:r>
        <w:rPr>
          <w:i/>
          <w:color w:val="737373"/>
          <w:sz w:val="17"/>
          <w:lang w:eastAsia="ja-JP"/>
        </w:rPr>
        <w:t>［入力補助：用いた史料・資料、研究参加者、フィールド等を必要に応じて記載してください。］</w:t>
      </w:r>
    </w:p>
    <w:p w14:paraId="3D20F997" w14:textId="77777777" w:rsidR="0006735A" w:rsidRDefault="00000000">
      <w:pPr>
        <w:spacing w:after="20" w:line="252" w:lineRule="auto"/>
        <w:rPr>
          <w:lang w:eastAsia="ja-JP"/>
        </w:rPr>
      </w:pPr>
      <w:r>
        <w:rPr>
          <w:b/>
          <w:color w:val="B43228"/>
          <w:sz w:val="16"/>
          <w:lang w:eastAsia="ja-JP"/>
        </w:rPr>
        <w:t>※入力後、この入力補助文を削除してください。</w:t>
      </w:r>
    </w:p>
    <w:p w14:paraId="3513EF05" w14:textId="77777777" w:rsidR="0006735A" w:rsidRDefault="00000000">
      <w:pPr>
        <w:pBdr>
          <w:bottom w:val="dotted" w:sz="2" w:space="1" w:color="D9D9D9"/>
        </w:pBdr>
        <w:spacing w:line="240" w:lineRule="auto"/>
        <w:rPr>
          <w:lang w:eastAsia="ja-JP"/>
        </w:rPr>
      </w:pPr>
      <w:r>
        <w:rPr>
          <w:lang w:eastAsia="ja-JP"/>
        </w:rPr>
        <w:t xml:space="preserve">　</w:t>
      </w:r>
    </w:p>
    <w:p w14:paraId="58C57280" w14:textId="77777777" w:rsidR="0006735A" w:rsidRDefault="00000000">
      <w:pPr>
        <w:keepNext/>
        <w:spacing w:before="80" w:after="20" w:line="240" w:lineRule="auto"/>
        <w:rPr>
          <w:lang w:eastAsia="ja-JP"/>
        </w:rPr>
      </w:pPr>
      <w:r>
        <w:rPr>
          <w:rFonts w:ascii="Noto Serif CJK JP" w:eastAsia="Noto Serif CJK JP" w:hAnsi="Noto Serif CJK JP"/>
          <w:b/>
          <w:sz w:val="22"/>
          <w:lang w:eastAsia="ja-JP"/>
        </w:rPr>
        <w:t>【方法】</w:t>
      </w:r>
    </w:p>
    <w:p w14:paraId="29C6709E" w14:textId="77777777" w:rsidR="0006735A" w:rsidRDefault="00000000">
      <w:pPr>
        <w:spacing w:after="20" w:line="252" w:lineRule="auto"/>
        <w:rPr>
          <w:lang w:eastAsia="ja-JP"/>
        </w:rPr>
      </w:pPr>
      <w:r>
        <w:rPr>
          <w:i/>
          <w:color w:val="737373"/>
          <w:sz w:val="17"/>
          <w:lang w:eastAsia="ja-JP"/>
        </w:rPr>
        <w:t>［入力補助：資料収集・データ収集の手続き、一次／二次資料の区分、史料批判、フィールドワーク、分析方法・分析枠組み等を記載してください。］</w:t>
      </w:r>
    </w:p>
    <w:p w14:paraId="3CDB2841" w14:textId="77777777" w:rsidR="0006735A" w:rsidRDefault="00000000">
      <w:pPr>
        <w:spacing w:after="20" w:line="252" w:lineRule="auto"/>
        <w:rPr>
          <w:lang w:eastAsia="ja-JP"/>
        </w:rPr>
      </w:pPr>
      <w:r>
        <w:rPr>
          <w:b/>
          <w:color w:val="B43228"/>
          <w:sz w:val="16"/>
          <w:lang w:eastAsia="ja-JP"/>
        </w:rPr>
        <w:t>※入力後、この入力補助文を削除してください。</w:t>
      </w:r>
    </w:p>
    <w:p w14:paraId="3EA40AB3" w14:textId="77777777" w:rsidR="0006735A" w:rsidRDefault="00000000">
      <w:pPr>
        <w:pBdr>
          <w:bottom w:val="dotted" w:sz="2" w:space="1" w:color="D9D9D9"/>
        </w:pBdr>
        <w:spacing w:line="240" w:lineRule="auto"/>
        <w:rPr>
          <w:lang w:eastAsia="ja-JP"/>
        </w:rPr>
      </w:pPr>
      <w:r>
        <w:rPr>
          <w:lang w:eastAsia="ja-JP"/>
        </w:rPr>
        <w:t xml:space="preserve">　</w:t>
      </w:r>
    </w:p>
    <w:p w14:paraId="363B3AA3" w14:textId="77777777" w:rsidR="0006735A" w:rsidRDefault="00000000">
      <w:pPr>
        <w:pBdr>
          <w:bottom w:val="dotted" w:sz="2" w:space="1" w:color="D9D9D9"/>
        </w:pBdr>
        <w:spacing w:line="240" w:lineRule="auto"/>
        <w:rPr>
          <w:lang w:eastAsia="ja-JP"/>
        </w:rPr>
      </w:pPr>
      <w:r>
        <w:rPr>
          <w:lang w:eastAsia="ja-JP"/>
        </w:rPr>
        <w:t xml:space="preserve">　</w:t>
      </w:r>
    </w:p>
    <w:p w14:paraId="19454F3E" w14:textId="77777777" w:rsidR="0006735A" w:rsidRDefault="00000000">
      <w:pPr>
        <w:keepNext/>
        <w:spacing w:before="80" w:after="20" w:line="240" w:lineRule="auto"/>
        <w:rPr>
          <w:lang w:eastAsia="ja-JP"/>
        </w:rPr>
      </w:pPr>
      <w:r>
        <w:rPr>
          <w:rFonts w:ascii="Noto Serif CJK JP" w:eastAsia="Noto Serif CJK JP" w:hAnsi="Noto Serif CJK JP"/>
          <w:b/>
          <w:sz w:val="22"/>
          <w:lang w:eastAsia="ja-JP"/>
        </w:rPr>
        <w:t>【主要所見】</w:t>
      </w:r>
    </w:p>
    <w:p w14:paraId="12FDB0B4" w14:textId="77777777" w:rsidR="0006735A" w:rsidRDefault="00000000">
      <w:pPr>
        <w:spacing w:after="20" w:line="252" w:lineRule="auto"/>
        <w:rPr>
          <w:lang w:eastAsia="ja-JP"/>
        </w:rPr>
      </w:pPr>
      <w:r>
        <w:rPr>
          <w:i/>
          <w:color w:val="737373"/>
          <w:sz w:val="17"/>
          <w:lang w:eastAsia="ja-JP"/>
        </w:rPr>
        <w:t>［入力補助：分析から得られた主要な所見を、根拠となる資料・データとの関係が分かるように記載してください。］</w:t>
      </w:r>
    </w:p>
    <w:p w14:paraId="29709F31" w14:textId="77777777" w:rsidR="0006735A" w:rsidRDefault="00000000">
      <w:pPr>
        <w:spacing w:after="20" w:line="252" w:lineRule="auto"/>
        <w:rPr>
          <w:lang w:eastAsia="ja-JP"/>
        </w:rPr>
      </w:pPr>
      <w:r>
        <w:rPr>
          <w:b/>
          <w:color w:val="B43228"/>
          <w:sz w:val="16"/>
          <w:lang w:eastAsia="ja-JP"/>
        </w:rPr>
        <w:t>※入力後、この入力補助文を削除してください。</w:t>
      </w:r>
    </w:p>
    <w:p w14:paraId="6097DE4F" w14:textId="77777777" w:rsidR="0006735A" w:rsidRDefault="00000000">
      <w:pPr>
        <w:pBdr>
          <w:bottom w:val="dotted" w:sz="2" w:space="1" w:color="D9D9D9"/>
        </w:pBdr>
        <w:spacing w:line="240" w:lineRule="auto"/>
        <w:rPr>
          <w:lang w:eastAsia="ja-JP"/>
        </w:rPr>
      </w:pPr>
      <w:r>
        <w:rPr>
          <w:lang w:eastAsia="ja-JP"/>
        </w:rPr>
        <w:t xml:space="preserve">　</w:t>
      </w:r>
    </w:p>
    <w:p w14:paraId="3D386FCA" w14:textId="77777777" w:rsidR="0006735A" w:rsidRDefault="00000000">
      <w:pPr>
        <w:pBdr>
          <w:bottom w:val="dotted" w:sz="2" w:space="1" w:color="D9D9D9"/>
        </w:pBdr>
        <w:spacing w:line="240" w:lineRule="auto"/>
        <w:rPr>
          <w:lang w:eastAsia="ja-JP"/>
        </w:rPr>
      </w:pPr>
      <w:r>
        <w:rPr>
          <w:lang w:eastAsia="ja-JP"/>
        </w:rPr>
        <w:t xml:space="preserve">　</w:t>
      </w:r>
    </w:p>
    <w:p w14:paraId="39257239" w14:textId="77777777" w:rsidR="0006735A" w:rsidRDefault="00000000">
      <w:pPr>
        <w:keepNext/>
        <w:spacing w:before="80" w:after="20" w:line="240" w:lineRule="auto"/>
        <w:rPr>
          <w:lang w:eastAsia="ja-JP"/>
        </w:rPr>
      </w:pPr>
      <w:r>
        <w:rPr>
          <w:rFonts w:ascii="Noto Serif CJK JP" w:eastAsia="Noto Serif CJK JP" w:hAnsi="Noto Serif CJK JP"/>
          <w:b/>
          <w:sz w:val="22"/>
          <w:lang w:eastAsia="ja-JP"/>
        </w:rPr>
        <w:t>【解釈・意義】</w:t>
      </w:r>
    </w:p>
    <w:p w14:paraId="6C9BC660" w14:textId="77777777" w:rsidR="0006735A" w:rsidRDefault="00000000">
      <w:pPr>
        <w:spacing w:after="20" w:line="252" w:lineRule="auto"/>
        <w:rPr>
          <w:lang w:eastAsia="ja-JP"/>
        </w:rPr>
      </w:pPr>
      <w:r>
        <w:rPr>
          <w:i/>
          <w:color w:val="737373"/>
          <w:sz w:val="17"/>
          <w:lang w:eastAsia="ja-JP"/>
        </w:rPr>
        <w:t>［入力補助：主要所見の解釈、学術的・社会的意義および限界を簡潔に記載してください。］</w:t>
      </w:r>
    </w:p>
    <w:p w14:paraId="2F1650A1" w14:textId="77777777" w:rsidR="0006735A" w:rsidRDefault="00000000">
      <w:pPr>
        <w:spacing w:after="20" w:line="252" w:lineRule="auto"/>
        <w:rPr>
          <w:lang w:eastAsia="ja-JP"/>
        </w:rPr>
      </w:pPr>
      <w:r>
        <w:rPr>
          <w:b/>
          <w:color w:val="B43228"/>
          <w:sz w:val="16"/>
          <w:lang w:eastAsia="ja-JP"/>
        </w:rPr>
        <w:t>※入力後、この入力補助文を削除してください。</w:t>
      </w:r>
    </w:p>
    <w:p w14:paraId="061FFECB" w14:textId="77777777" w:rsidR="0006735A" w:rsidRDefault="00000000">
      <w:pPr>
        <w:pBdr>
          <w:bottom w:val="dotted" w:sz="2" w:space="1" w:color="D9D9D9"/>
        </w:pBdr>
        <w:spacing w:line="240" w:lineRule="auto"/>
        <w:rPr>
          <w:lang w:eastAsia="ja-JP"/>
        </w:rPr>
      </w:pPr>
      <w:r>
        <w:rPr>
          <w:lang w:eastAsia="ja-JP"/>
        </w:rPr>
        <w:t xml:space="preserve">　</w:t>
      </w:r>
    </w:p>
    <w:p w14:paraId="147E5E1B" w14:textId="77777777" w:rsidR="0006735A" w:rsidRDefault="00000000">
      <w:pPr>
        <w:pBdr>
          <w:bottom w:val="dotted" w:sz="2" w:space="1" w:color="D9D9D9"/>
        </w:pBdr>
        <w:spacing w:line="240" w:lineRule="auto"/>
        <w:rPr>
          <w:lang w:eastAsia="ja-JP"/>
        </w:rPr>
      </w:pPr>
      <w:r>
        <w:rPr>
          <w:lang w:eastAsia="ja-JP"/>
        </w:rPr>
        <w:t xml:space="preserve">　</w:t>
      </w:r>
    </w:p>
    <w:p w14:paraId="4EECF9AA" w14:textId="77777777" w:rsidR="0006735A" w:rsidRDefault="00000000">
      <w:pPr>
        <w:keepNext/>
        <w:spacing w:before="80" w:after="20" w:line="240" w:lineRule="auto"/>
        <w:rPr>
          <w:lang w:eastAsia="ja-JP"/>
        </w:rPr>
      </w:pPr>
      <w:r>
        <w:rPr>
          <w:rFonts w:ascii="Noto Serif CJK JP" w:eastAsia="Noto Serif CJK JP" w:hAnsi="Noto Serif CJK JP"/>
          <w:b/>
          <w:sz w:val="22"/>
          <w:lang w:eastAsia="ja-JP"/>
        </w:rPr>
        <w:t>【COI】</w:t>
      </w:r>
    </w:p>
    <w:p w14:paraId="7432D003" w14:textId="77777777" w:rsidR="0006735A" w:rsidRDefault="00000000">
      <w:pPr>
        <w:spacing w:after="20" w:line="252" w:lineRule="auto"/>
        <w:rPr>
          <w:lang w:eastAsia="ja-JP"/>
        </w:rPr>
      </w:pPr>
      <w:r>
        <w:rPr>
          <w:i/>
          <w:color w:val="737373"/>
          <w:sz w:val="17"/>
          <w:lang w:eastAsia="ja-JP"/>
        </w:rPr>
        <w:t>［入力補助：次頁の記載例から該当する文章を貼り付けてください。］</w:t>
      </w:r>
    </w:p>
    <w:p w14:paraId="5C62FA73" w14:textId="77777777" w:rsidR="0006735A" w:rsidRDefault="00000000">
      <w:pPr>
        <w:spacing w:after="20" w:line="252" w:lineRule="auto"/>
        <w:rPr>
          <w:lang w:eastAsia="ja-JP"/>
        </w:rPr>
      </w:pPr>
      <w:r>
        <w:rPr>
          <w:b/>
          <w:color w:val="B43228"/>
          <w:sz w:val="16"/>
          <w:lang w:eastAsia="ja-JP"/>
        </w:rPr>
        <w:t>※入力後、この入力補助文を削除してください。</w:t>
      </w:r>
    </w:p>
    <w:p w14:paraId="5C2EF540" w14:textId="77777777" w:rsidR="0006735A" w:rsidRDefault="00000000">
      <w:pPr>
        <w:pBdr>
          <w:bottom w:val="dotted" w:sz="2" w:space="1" w:color="D9D9D9"/>
        </w:pBdr>
        <w:spacing w:line="240" w:lineRule="auto"/>
        <w:rPr>
          <w:lang w:eastAsia="ja-JP"/>
        </w:rPr>
      </w:pPr>
      <w:r>
        <w:rPr>
          <w:lang w:eastAsia="ja-JP"/>
        </w:rPr>
        <w:t xml:space="preserve">　</w:t>
      </w:r>
    </w:p>
    <w:p w14:paraId="10839289" w14:textId="77777777" w:rsidR="0006735A" w:rsidRDefault="00000000">
      <w:pPr>
        <w:keepNext/>
        <w:spacing w:before="80" w:after="20" w:line="240" w:lineRule="auto"/>
        <w:rPr>
          <w:lang w:eastAsia="ja-JP"/>
        </w:rPr>
      </w:pPr>
      <w:r>
        <w:rPr>
          <w:rFonts w:ascii="Noto Serif CJK JP" w:eastAsia="Noto Serif CJK JP" w:hAnsi="Noto Serif CJK JP"/>
          <w:b/>
          <w:sz w:val="22"/>
          <w:lang w:eastAsia="ja-JP"/>
        </w:rPr>
        <w:t>【倫理的配慮】</w:t>
      </w:r>
    </w:p>
    <w:p w14:paraId="22995608" w14:textId="77777777" w:rsidR="0006735A" w:rsidRDefault="00000000">
      <w:pPr>
        <w:spacing w:after="20" w:line="252" w:lineRule="auto"/>
        <w:rPr>
          <w:lang w:eastAsia="ja-JP"/>
        </w:rPr>
      </w:pPr>
      <w:r>
        <w:rPr>
          <w:i/>
          <w:color w:val="737373"/>
          <w:sz w:val="17"/>
          <w:lang w:eastAsia="ja-JP"/>
        </w:rPr>
        <w:t>［入力補助：倫理審査が非該当または不要の場合も見出しを残し、その理由を簡潔に記載してください。］</w:t>
      </w:r>
    </w:p>
    <w:p w14:paraId="6F863696" w14:textId="77777777" w:rsidR="0006735A" w:rsidRDefault="00000000">
      <w:pPr>
        <w:spacing w:after="20" w:line="252" w:lineRule="auto"/>
        <w:rPr>
          <w:lang w:eastAsia="ja-JP"/>
        </w:rPr>
      </w:pPr>
      <w:r>
        <w:rPr>
          <w:b/>
          <w:color w:val="B43228"/>
          <w:sz w:val="16"/>
          <w:lang w:eastAsia="ja-JP"/>
        </w:rPr>
        <w:t>※入力後、この入力補助文を削除してください。</w:t>
      </w:r>
    </w:p>
    <w:p w14:paraId="0AE915DA" w14:textId="77777777" w:rsidR="0006735A" w:rsidRDefault="00000000">
      <w:pPr>
        <w:pBdr>
          <w:bottom w:val="dotted" w:sz="2" w:space="1" w:color="D9D9D9"/>
        </w:pBdr>
        <w:spacing w:line="240" w:lineRule="auto"/>
        <w:rPr>
          <w:lang w:eastAsia="ja-JP"/>
        </w:rPr>
      </w:pPr>
      <w:r>
        <w:rPr>
          <w:lang w:eastAsia="ja-JP"/>
        </w:rPr>
        <w:t xml:space="preserve">　</w:t>
      </w:r>
    </w:p>
    <w:p w14:paraId="2AF7FB54" w14:textId="77777777" w:rsidR="0006735A" w:rsidRDefault="00000000">
      <w:pPr>
        <w:spacing w:before="100" w:line="240" w:lineRule="auto"/>
        <w:rPr>
          <w:lang w:eastAsia="ja-JP"/>
        </w:rPr>
      </w:pPr>
      <w:r>
        <w:rPr>
          <w:b/>
          <w:lang w:eastAsia="ja-JP"/>
        </w:rPr>
        <w:t>本文文字数（スペースを含めない）：　　　　　　字</w:t>
      </w:r>
    </w:p>
    <w:p w14:paraId="067182A9" w14:textId="77777777" w:rsidR="0006735A" w:rsidRDefault="00000000">
      <w:pPr>
        <w:spacing w:line="240" w:lineRule="auto"/>
        <w:rPr>
          <w:lang w:eastAsia="ja-JP"/>
        </w:rPr>
      </w:pPr>
      <w:r>
        <w:rPr>
          <w:color w:val="646464"/>
          <w:sz w:val="17"/>
          <w:lang w:eastAsia="ja-JP"/>
        </w:rPr>
        <w:t>※発表者自身がMicrosoft Wordで確認してください。試用版アプリの文字数表示は補助情報です。</w:t>
      </w:r>
    </w:p>
    <w:p w14:paraId="4BAE4943" w14:textId="77777777" w:rsidR="0006735A" w:rsidRDefault="00000000">
      <w:pPr>
        <w:pStyle w:val="1"/>
        <w:pageBreakBefore/>
        <w:spacing w:before="140" w:after="60"/>
        <w:rPr>
          <w:lang w:eastAsia="ja-JP"/>
        </w:rPr>
      </w:pPr>
      <w:r>
        <w:rPr>
          <w:lang w:eastAsia="ja-JP"/>
        </w:rPr>
        <w:lastRenderedPageBreak/>
        <w:t>COI（利益相反）・倫理的配慮の記載例</w:t>
      </w:r>
    </w:p>
    <w:p w14:paraId="783D6E32" w14:textId="77777777" w:rsidR="0006735A" w:rsidRDefault="00000000">
      <w:pPr>
        <w:spacing w:after="60" w:line="269" w:lineRule="auto"/>
        <w:rPr>
          <w:lang w:eastAsia="ja-JP"/>
        </w:rPr>
      </w:pPr>
      <w:r>
        <w:rPr>
          <w:sz w:val="19"/>
          <w:lang w:eastAsia="ja-JP"/>
        </w:rPr>
        <w:t>該当する文章を発表要旨本文へ貼り付け、必要箇所のみ置き換えてください。定型文は、指定された箇所以外を改変しないでください。</w:t>
      </w:r>
    </w:p>
    <w:p w14:paraId="67B972B7" w14:textId="77777777" w:rsidR="0006735A" w:rsidRDefault="00000000">
      <w:pPr>
        <w:pStyle w:val="21"/>
        <w:spacing w:before="80" w:after="60"/>
        <w:rPr>
          <w:lang w:eastAsia="ja-JP"/>
        </w:rPr>
      </w:pPr>
      <w:r>
        <w:rPr>
          <w:lang w:eastAsia="ja-JP"/>
        </w:rPr>
        <w:t>1）COI（利益相反）</w:t>
      </w:r>
    </w:p>
    <w:p w14:paraId="5072CEBD" w14:textId="77777777" w:rsidR="0006735A" w:rsidRDefault="00000000">
      <w:pPr>
        <w:keepNext/>
        <w:spacing w:before="40" w:after="20" w:line="259" w:lineRule="auto"/>
        <w:rPr>
          <w:lang w:eastAsia="ja-JP"/>
        </w:rPr>
      </w:pPr>
      <w:r>
        <w:rPr>
          <w:b/>
          <w:sz w:val="18"/>
          <w:lang w:eastAsia="ja-JP"/>
        </w:rPr>
        <w:t>COIがない場合</w:t>
      </w:r>
    </w:p>
    <w:tbl>
      <w:tblPr>
        <w:tblW w:w="0" w:type="auto"/>
        <w:jc w:val="center"/>
        <w:tblLook w:val="04A0" w:firstRow="1" w:lastRow="0" w:firstColumn="1" w:lastColumn="0" w:noHBand="0" w:noVBand="1"/>
      </w:tblPr>
      <w:tblGrid>
        <w:gridCol w:w="9978"/>
      </w:tblGrid>
      <w:tr w:rsidR="0006735A" w14:paraId="68C7EF86" w14:textId="77777777">
        <w:trPr>
          <w:cantSplit/>
          <w:jc w:val="center"/>
        </w:trPr>
        <w:tc>
          <w:tcPr>
            <w:tcW w:w="9978" w:type="dxa"/>
            <w:tcBorders>
              <w:top w:val="single" w:sz="8" w:space="0" w:color="BFBFBF"/>
              <w:left w:val="single" w:sz="8" w:space="0" w:color="BFBFBF"/>
              <w:bottom w:val="single" w:sz="8" w:space="0" w:color="BFBFBF"/>
              <w:right w:val="single" w:sz="8" w:space="0" w:color="BFBFBF"/>
            </w:tcBorders>
            <w:shd w:val="clear" w:color="auto" w:fill="F7F7F7"/>
            <w:vAlign w:val="center"/>
          </w:tcPr>
          <w:p w14:paraId="5F7216F4" w14:textId="77777777" w:rsidR="0006735A" w:rsidRDefault="0006735A">
            <w:pPr>
              <w:spacing w:after="40" w:line="259" w:lineRule="auto"/>
              <w:rPr>
                <w:lang w:eastAsia="ja-JP"/>
              </w:rPr>
            </w:pPr>
          </w:p>
          <w:p w14:paraId="36E776DE" w14:textId="77777777" w:rsidR="0006735A" w:rsidRDefault="00000000">
            <w:pPr>
              <w:spacing w:after="20" w:line="271" w:lineRule="auto"/>
              <w:rPr>
                <w:lang w:eastAsia="ja-JP"/>
              </w:rPr>
            </w:pPr>
            <w:r>
              <w:rPr>
                <w:sz w:val="18"/>
                <w:lang w:eastAsia="ja-JP"/>
              </w:rPr>
              <w:t>【COI】開示すべき利益相反はない。</w:t>
            </w:r>
          </w:p>
        </w:tc>
      </w:tr>
    </w:tbl>
    <w:p w14:paraId="593CCF74" w14:textId="77777777" w:rsidR="0006735A" w:rsidRDefault="0006735A">
      <w:pPr>
        <w:rPr>
          <w:lang w:eastAsia="ja-JP"/>
        </w:rPr>
      </w:pPr>
    </w:p>
    <w:p w14:paraId="0CEF84F0" w14:textId="77777777" w:rsidR="0006735A" w:rsidRDefault="00000000">
      <w:pPr>
        <w:keepNext/>
        <w:spacing w:before="40" w:after="20" w:line="259" w:lineRule="auto"/>
      </w:pPr>
      <w:r>
        <w:rPr>
          <w:b/>
          <w:sz w:val="18"/>
        </w:rPr>
        <w:t>COIがある場合</w:t>
      </w:r>
    </w:p>
    <w:tbl>
      <w:tblPr>
        <w:tblW w:w="0" w:type="auto"/>
        <w:jc w:val="center"/>
        <w:tblLook w:val="04A0" w:firstRow="1" w:lastRow="0" w:firstColumn="1" w:lastColumn="0" w:noHBand="0" w:noVBand="1"/>
      </w:tblPr>
      <w:tblGrid>
        <w:gridCol w:w="9978"/>
      </w:tblGrid>
      <w:tr w:rsidR="0006735A" w14:paraId="28C749EA" w14:textId="77777777">
        <w:trPr>
          <w:cantSplit/>
          <w:jc w:val="center"/>
        </w:trPr>
        <w:tc>
          <w:tcPr>
            <w:tcW w:w="9978" w:type="dxa"/>
            <w:tcBorders>
              <w:top w:val="single" w:sz="8" w:space="0" w:color="BFBFBF"/>
              <w:left w:val="single" w:sz="8" w:space="0" w:color="BFBFBF"/>
              <w:bottom w:val="single" w:sz="8" w:space="0" w:color="BFBFBF"/>
              <w:right w:val="single" w:sz="8" w:space="0" w:color="BFBFBF"/>
            </w:tcBorders>
            <w:shd w:val="clear" w:color="auto" w:fill="F7F7F7"/>
            <w:vAlign w:val="center"/>
          </w:tcPr>
          <w:p w14:paraId="5BCB9EF6" w14:textId="77777777" w:rsidR="0006735A" w:rsidRDefault="0006735A">
            <w:pPr>
              <w:spacing w:after="40" w:line="259" w:lineRule="auto"/>
              <w:rPr>
                <w:lang w:eastAsia="ja-JP"/>
              </w:rPr>
            </w:pPr>
          </w:p>
          <w:p w14:paraId="2D9E30EA" w14:textId="77777777" w:rsidR="0006735A" w:rsidRDefault="00000000">
            <w:pPr>
              <w:spacing w:after="20" w:line="271" w:lineRule="auto"/>
              <w:rPr>
                <w:lang w:eastAsia="ja-JP"/>
              </w:rPr>
            </w:pPr>
            <w:r>
              <w:rPr>
                <w:sz w:val="18"/>
                <w:lang w:eastAsia="ja-JP"/>
              </w:rPr>
              <w:t>【COI】筆頭著者（氏名）は（企業・団体名）より（講演料／原稿料／コンサルティング料／研究費／奨学寄附金／寄付講座／株式保有等）の提供を受けている。共著者（氏名）は（企業・団体名）より（同上）の提供を受けている。</w:t>
            </w:r>
          </w:p>
        </w:tc>
      </w:tr>
    </w:tbl>
    <w:p w14:paraId="006B65BC" w14:textId="77777777" w:rsidR="0006735A" w:rsidRDefault="0006735A">
      <w:pPr>
        <w:rPr>
          <w:lang w:eastAsia="ja-JP"/>
        </w:rPr>
      </w:pPr>
    </w:p>
    <w:p w14:paraId="332A9AF7" w14:textId="77777777" w:rsidR="0006735A" w:rsidRDefault="00000000">
      <w:pPr>
        <w:spacing w:after="60" w:line="259" w:lineRule="auto"/>
        <w:rPr>
          <w:lang w:eastAsia="ja-JP"/>
        </w:rPr>
      </w:pPr>
      <w:r>
        <w:rPr>
          <w:color w:val="646464"/>
          <w:sz w:val="17"/>
          <w:lang w:eastAsia="ja-JP"/>
        </w:rPr>
        <w:t>※COIが複数ある場合は、企業・団体名と内容を追記して列記してください。試用版アプリには氏名を入力せず、「筆頭著者」「共著者A」等の匿名表記を用い、正式な氏名はこのWordへ戻して記載してください。</w:t>
      </w:r>
    </w:p>
    <w:p w14:paraId="0487BC05" w14:textId="77777777" w:rsidR="0006735A" w:rsidRDefault="00000000">
      <w:pPr>
        <w:pStyle w:val="21"/>
        <w:spacing w:before="80" w:after="60"/>
        <w:rPr>
          <w:lang w:eastAsia="ja-JP"/>
        </w:rPr>
      </w:pPr>
      <w:r>
        <w:rPr>
          <w:lang w:eastAsia="ja-JP"/>
        </w:rPr>
        <w:t>2）倫理的配慮</w:t>
      </w:r>
    </w:p>
    <w:p w14:paraId="6644B2F7" w14:textId="77777777" w:rsidR="0006735A" w:rsidRDefault="00000000">
      <w:pPr>
        <w:keepNext/>
        <w:spacing w:before="40" w:after="20" w:line="252" w:lineRule="auto"/>
        <w:rPr>
          <w:lang w:eastAsia="ja-JP"/>
        </w:rPr>
      </w:pPr>
      <w:r>
        <w:rPr>
          <w:b/>
          <w:sz w:val="18"/>
          <w:lang w:eastAsia="ja-JP"/>
        </w:rPr>
        <w:t>（1）倫理審査委員会の承認を得て実施した場合</w:t>
      </w:r>
    </w:p>
    <w:tbl>
      <w:tblPr>
        <w:tblW w:w="0" w:type="auto"/>
        <w:jc w:val="center"/>
        <w:tblLook w:val="04A0" w:firstRow="1" w:lastRow="0" w:firstColumn="1" w:lastColumn="0" w:noHBand="0" w:noVBand="1"/>
      </w:tblPr>
      <w:tblGrid>
        <w:gridCol w:w="9978"/>
      </w:tblGrid>
      <w:tr w:rsidR="0006735A" w14:paraId="5B3D96C6" w14:textId="77777777">
        <w:trPr>
          <w:cantSplit/>
          <w:jc w:val="center"/>
        </w:trPr>
        <w:tc>
          <w:tcPr>
            <w:tcW w:w="9978" w:type="dxa"/>
            <w:tcBorders>
              <w:top w:val="single" w:sz="8" w:space="0" w:color="BFBFBF"/>
              <w:left w:val="single" w:sz="8" w:space="0" w:color="BFBFBF"/>
              <w:bottom w:val="single" w:sz="8" w:space="0" w:color="BFBFBF"/>
              <w:right w:val="single" w:sz="8" w:space="0" w:color="BFBFBF"/>
            </w:tcBorders>
            <w:shd w:val="clear" w:color="auto" w:fill="F7F7F7"/>
            <w:vAlign w:val="center"/>
          </w:tcPr>
          <w:p w14:paraId="74929730" w14:textId="77777777" w:rsidR="0006735A" w:rsidRDefault="0006735A">
            <w:pPr>
              <w:spacing w:after="40" w:line="259" w:lineRule="auto"/>
              <w:rPr>
                <w:lang w:eastAsia="ja-JP"/>
              </w:rPr>
            </w:pPr>
          </w:p>
          <w:p w14:paraId="36BF12B6" w14:textId="77777777" w:rsidR="0006735A" w:rsidRDefault="00000000">
            <w:pPr>
              <w:spacing w:after="20" w:line="271" w:lineRule="auto"/>
              <w:rPr>
                <w:lang w:eastAsia="ja-JP"/>
              </w:rPr>
            </w:pPr>
            <w:r>
              <w:rPr>
                <w:sz w:val="18"/>
                <w:lang w:eastAsia="ja-JP"/>
              </w:rPr>
              <w:t>【倫理的配慮】本研究は（機関名）研究倫理委員会の承認を得て実施した（承認番号：XXXX）。対象者には研究目的・方法・利益相反・個人情報の取扱いを説明し、同意を得た。</w:t>
            </w:r>
          </w:p>
        </w:tc>
      </w:tr>
    </w:tbl>
    <w:p w14:paraId="64CE0EC8" w14:textId="77777777" w:rsidR="0006735A" w:rsidRDefault="0006735A">
      <w:pPr>
        <w:rPr>
          <w:lang w:eastAsia="ja-JP"/>
        </w:rPr>
      </w:pPr>
    </w:p>
    <w:p w14:paraId="5019FB3A" w14:textId="77777777" w:rsidR="0006735A" w:rsidRDefault="00000000">
      <w:pPr>
        <w:keepNext/>
        <w:spacing w:before="40" w:after="20" w:line="252" w:lineRule="auto"/>
        <w:rPr>
          <w:lang w:eastAsia="ja-JP"/>
        </w:rPr>
      </w:pPr>
      <w:r>
        <w:rPr>
          <w:b/>
          <w:sz w:val="18"/>
          <w:lang w:eastAsia="ja-JP"/>
        </w:rPr>
        <w:t>（2）既存データ等を用い、同意取得が不要または困難な場合</w:t>
      </w:r>
    </w:p>
    <w:tbl>
      <w:tblPr>
        <w:tblW w:w="0" w:type="auto"/>
        <w:jc w:val="center"/>
        <w:tblLook w:val="04A0" w:firstRow="1" w:lastRow="0" w:firstColumn="1" w:lastColumn="0" w:noHBand="0" w:noVBand="1"/>
      </w:tblPr>
      <w:tblGrid>
        <w:gridCol w:w="9978"/>
      </w:tblGrid>
      <w:tr w:rsidR="0006735A" w14:paraId="718550C5" w14:textId="77777777">
        <w:trPr>
          <w:cantSplit/>
          <w:jc w:val="center"/>
        </w:trPr>
        <w:tc>
          <w:tcPr>
            <w:tcW w:w="9978" w:type="dxa"/>
            <w:tcBorders>
              <w:top w:val="single" w:sz="8" w:space="0" w:color="BFBFBF"/>
              <w:left w:val="single" w:sz="8" w:space="0" w:color="BFBFBF"/>
              <w:bottom w:val="single" w:sz="8" w:space="0" w:color="BFBFBF"/>
              <w:right w:val="single" w:sz="8" w:space="0" w:color="BFBFBF"/>
            </w:tcBorders>
            <w:shd w:val="clear" w:color="auto" w:fill="F7F7F7"/>
            <w:vAlign w:val="center"/>
          </w:tcPr>
          <w:p w14:paraId="0FC7C17B" w14:textId="77777777" w:rsidR="0006735A" w:rsidRDefault="0006735A">
            <w:pPr>
              <w:spacing w:after="40" w:line="259" w:lineRule="auto"/>
              <w:rPr>
                <w:lang w:eastAsia="ja-JP"/>
              </w:rPr>
            </w:pPr>
          </w:p>
          <w:p w14:paraId="7D564440" w14:textId="77777777" w:rsidR="0006735A" w:rsidRDefault="00000000">
            <w:pPr>
              <w:spacing w:after="20" w:line="271" w:lineRule="auto"/>
              <w:rPr>
                <w:lang w:eastAsia="ja-JP"/>
              </w:rPr>
            </w:pPr>
            <w:r>
              <w:rPr>
                <w:sz w:val="18"/>
                <w:lang w:eastAsia="ja-JP"/>
              </w:rPr>
              <w:t>【倫理的配慮】本研究は（機関名）研究倫理委員会の承認を得て実施した（承認番号：XXXX）。既存データを用い、個人が特定されない形で解析した。必要に応じて情報公開（オプトアウト等）を行った。</w:t>
            </w:r>
          </w:p>
        </w:tc>
      </w:tr>
    </w:tbl>
    <w:p w14:paraId="227889C8" w14:textId="77777777" w:rsidR="0006735A" w:rsidRDefault="0006735A">
      <w:pPr>
        <w:rPr>
          <w:lang w:eastAsia="ja-JP"/>
        </w:rPr>
      </w:pPr>
    </w:p>
    <w:p w14:paraId="054A8D02" w14:textId="77777777" w:rsidR="0006735A" w:rsidRDefault="00000000">
      <w:pPr>
        <w:keepNext/>
        <w:spacing w:before="40" w:after="20" w:line="252" w:lineRule="auto"/>
        <w:rPr>
          <w:lang w:eastAsia="ja-JP"/>
        </w:rPr>
      </w:pPr>
      <w:r>
        <w:rPr>
          <w:b/>
          <w:sz w:val="18"/>
          <w:lang w:eastAsia="ja-JP"/>
        </w:rPr>
        <w:t>（3）筆頭著者所属に倫理審査委員会がないため、他機関で審査を受けた場合</w:t>
      </w:r>
    </w:p>
    <w:tbl>
      <w:tblPr>
        <w:tblW w:w="0" w:type="auto"/>
        <w:jc w:val="center"/>
        <w:tblLook w:val="04A0" w:firstRow="1" w:lastRow="0" w:firstColumn="1" w:lastColumn="0" w:noHBand="0" w:noVBand="1"/>
      </w:tblPr>
      <w:tblGrid>
        <w:gridCol w:w="9978"/>
      </w:tblGrid>
      <w:tr w:rsidR="0006735A" w14:paraId="3AEE8CB2" w14:textId="77777777">
        <w:trPr>
          <w:cantSplit/>
          <w:jc w:val="center"/>
        </w:trPr>
        <w:tc>
          <w:tcPr>
            <w:tcW w:w="9978" w:type="dxa"/>
            <w:tcBorders>
              <w:top w:val="single" w:sz="8" w:space="0" w:color="BFBFBF"/>
              <w:left w:val="single" w:sz="8" w:space="0" w:color="BFBFBF"/>
              <w:bottom w:val="single" w:sz="8" w:space="0" w:color="BFBFBF"/>
              <w:right w:val="single" w:sz="8" w:space="0" w:color="BFBFBF"/>
            </w:tcBorders>
            <w:shd w:val="clear" w:color="auto" w:fill="F7F7F7"/>
            <w:vAlign w:val="center"/>
          </w:tcPr>
          <w:p w14:paraId="181046EB" w14:textId="77777777" w:rsidR="0006735A" w:rsidRDefault="0006735A">
            <w:pPr>
              <w:spacing w:after="40" w:line="259" w:lineRule="auto"/>
              <w:rPr>
                <w:lang w:eastAsia="ja-JP"/>
              </w:rPr>
            </w:pPr>
          </w:p>
          <w:p w14:paraId="437D59E5" w14:textId="77777777" w:rsidR="0006735A" w:rsidRDefault="00000000">
            <w:pPr>
              <w:spacing w:after="20" w:line="271" w:lineRule="auto"/>
              <w:rPr>
                <w:lang w:eastAsia="ja-JP"/>
              </w:rPr>
            </w:pPr>
            <w:r>
              <w:rPr>
                <w:sz w:val="18"/>
                <w:lang w:eastAsia="ja-JP"/>
              </w:rPr>
              <w:t>【倫理的配慮】筆頭著者の所属施設には研究倫理委員会が設置されていないため、（審査を行った機関名）研究倫理委員会の承認を得て実施した（承認番号：XXXX）。対象者には研究目的・方法・個人情報の取扱いを説明し、同意を得た。</w:t>
            </w:r>
          </w:p>
        </w:tc>
      </w:tr>
    </w:tbl>
    <w:p w14:paraId="6C984EB8" w14:textId="77777777" w:rsidR="0006735A" w:rsidRDefault="0006735A">
      <w:pPr>
        <w:rPr>
          <w:lang w:eastAsia="ja-JP"/>
        </w:rPr>
      </w:pPr>
    </w:p>
    <w:p w14:paraId="2A10E2AE" w14:textId="77777777" w:rsidR="0006735A" w:rsidRDefault="00000000">
      <w:pPr>
        <w:keepNext/>
        <w:spacing w:before="40" w:after="20" w:line="252" w:lineRule="auto"/>
        <w:rPr>
          <w:lang w:eastAsia="ja-JP"/>
        </w:rPr>
      </w:pPr>
      <w:r>
        <w:rPr>
          <w:b/>
          <w:sz w:val="18"/>
          <w:lang w:eastAsia="ja-JP"/>
        </w:rPr>
        <w:t>（4）共著者を含むいずれの所属施設にも倫理審査体制がない場合</w:t>
      </w:r>
    </w:p>
    <w:tbl>
      <w:tblPr>
        <w:tblW w:w="0" w:type="auto"/>
        <w:jc w:val="center"/>
        <w:tblLook w:val="04A0" w:firstRow="1" w:lastRow="0" w:firstColumn="1" w:lastColumn="0" w:noHBand="0" w:noVBand="1"/>
      </w:tblPr>
      <w:tblGrid>
        <w:gridCol w:w="9978"/>
      </w:tblGrid>
      <w:tr w:rsidR="0006735A" w14:paraId="47AD5B61" w14:textId="77777777">
        <w:trPr>
          <w:cantSplit/>
          <w:jc w:val="center"/>
        </w:trPr>
        <w:tc>
          <w:tcPr>
            <w:tcW w:w="9978" w:type="dxa"/>
            <w:tcBorders>
              <w:top w:val="single" w:sz="8" w:space="0" w:color="BFBFBF"/>
              <w:left w:val="single" w:sz="8" w:space="0" w:color="BFBFBF"/>
              <w:bottom w:val="single" w:sz="8" w:space="0" w:color="BFBFBF"/>
              <w:right w:val="single" w:sz="8" w:space="0" w:color="BFBFBF"/>
            </w:tcBorders>
            <w:shd w:val="clear" w:color="auto" w:fill="F7F7F7"/>
            <w:vAlign w:val="center"/>
          </w:tcPr>
          <w:p w14:paraId="64D4EE2C" w14:textId="77777777" w:rsidR="0006735A" w:rsidRDefault="0006735A">
            <w:pPr>
              <w:spacing w:after="40" w:line="259" w:lineRule="auto"/>
              <w:rPr>
                <w:lang w:eastAsia="ja-JP"/>
              </w:rPr>
            </w:pPr>
          </w:p>
          <w:p w14:paraId="57C1FA54" w14:textId="77777777" w:rsidR="0006735A" w:rsidRDefault="00000000">
            <w:pPr>
              <w:spacing w:after="20" w:line="271" w:lineRule="auto"/>
              <w:rPr>
                <w:lang w:eastAsia="ja-JP"/>
              </w:rPr>
            </w:pPr>
            <w:r>
              <w:rPr>
                <w:sz w:val="18"/>
                <w:lang w:eastAsia="ja-JP"/>
              </w:rPr>
              <w:t>【倫理的配慮】本研究に関する研究倫理委員会（倫理審査委員会）を設置する所属機関がなく、委員会審査を受けることができない。研究はヘルシンキ宣言に準拠し、対象者の権利保護、個人情報の保護、不利益の回避に十分配慮して実施した。対象者には研究目的・方法・個人情報の取扱いを説明し、同意を得た。</w:t>
            </w:r>
          </w:p>
        </w:tc>
      </w:tr>
    </w:tbl>
    <w:p w14:paraId="60978389" w14:textId="77777777" w:rsidR="0006735A" w:rsidRDefault="0006735A">
      <w:pPr>
        <w:rPr>
          <w:lang w:eastAsia="ja-JP"/>
        </w:rPr>
      </w:pPr>
    </w:p>
    <w:p w14:paraId="2F9DFCCE" w14:textId="77777777" w:rsidR="0006735A" w:rsidRDefault="00000000">
      <w:pPr>
        <w:keepNext/>
        <w:spacing w:before="40" w:after="20" w:line="252" w:lineRule="auto"/>
        <w:rPr>
          <w:lang w:eastAsia="ja-JP"/>
        </w:rPr>
      </w:pPr>
      <w:r>
        <w:rPr>
          <w:b/>
          <w:sz w:val="18"/>
          <w:lang w:eastAsia="ja-JP"/>
        </w:rPr>
        <w:t>倫理審査が非該当または不要の場合（記載例）</w:t>
      </w:r>
    </w:p>
    <w:tbl>
      <w:tblPr>
        <w:tblW w:w="0" w:type="auto"/>
        <w:jc w:val="center"/>
        <w:tblLook w:val="04A0" w:firstRow="1" w:lastRow="0" w:firstColumn="1" w:lastColumn="0" w:noHBand="0" w:noVBand="1"/>
      </w:tblPr>
      <w:tblGrid>
        <w:gridCol w:w="9978"/>
      </w:tblGrid>
      <w:tr w:rsidR="0006735A" w14:paraId="040226BA" w14:textId="77777777">
        <w:trPr>
          <w:cantSplit/>
          <w:jc w:val="center"/>
        </w:trPr>
        <w:tc>
          <w:tcPr>
            <w:tcW w:w="9978" w:type="dxa"/>
            <w:tcBorders>
              <w:top w:val="single" w:sz="8" w:space="0" w:color="D6B656"/>
              <w:left w:val="single" w:sz="8" w:space="0" w:color="D6B656"/>
              <w:bottom w:val="single" w:sz="8" w:space="0" w:color="D6B656"/>
              <w:right w:val="single" w:sz="8" w:space="0" w:color="D6B656"/>
            </w:tcBorders>
            <w:shd w:val="clear" w:color="auto" w:fill="FFF2CC"/>
            <w:vAlign w:val="center"/>
          </w:tcPr>
          <w:p w14:paraId="5AF8431A" w14:textId="77777777" w:rsidR="0006735A" w:rsidRDefault="0006735A">
            <w:pPr>
              <w:spacing w:after="40" w:line="259" w:lineRule="auto"/>
              <w:rPr>
                <w:lang w:eastAsia="ja-JP"/>
              </w:rPr>
            </w:pPr>
          </w:p>
          <w:p w14:paraId="0133153D" w14:textId="77777777" w:rsidR="0006735A" w:rsidRDefault="00000000">
            <w:pPr>
              <w:spacing w:after="20" w:line="271" w:lineRule="auto"/>
              <w:rPr>
                <w:lang w:eastAsia="ja-JP"/>
              </w:rPr>
            </w:pPr>
            <w:r>
              <w:rPr>
                <w:sz w:val="18"/>
                <w:lang w:eastAsia="ja-JP"/>
              </w:rPr>
              <w:t>【倫理的配慮】本研究（本報告）は、（倫理審査が非該当または不要となる理由）により、倫理審査の対象外（または不要）である。個人情報保護に十分配慮し、必要に応じて対象者の同意を得た。</w:t>
            </w:r>
          </w:p>
          <w:p w14:paraId="1FC28201" w14:textId="77777777" w:rsidR="0006735A" w:rsidRDefault="00000000">
            <w:pPr>
              <w:spacing w:after="20" w:line="271" w:lineRule="auto"/>
              <w:rPr>
                <w:lang w:eastAsia="ja-JP"/>
              </w:rPr>
            </w:pPr>
            <w:r>
              <w:rPr>
                <w:sz w:val="18"/>
                <w:lang w:eastAsia="ja-JP"/>
              </w:rPr>
              <w:t>※これは定型文ではなく記載例です。所属機関の規程および研究・報告の性質に基づき、非該当または不要となる理由を具体的かつ簡潔に記載してください。</w:t>
            </w:r>
          </w:p>
        </w:tc>
      </w:tr>
    </w:tbl>
    <w:p w14:paraId="61945BB0" w14:textId="77777777" w:rsidR="0006735A" w:rsidRDefault="0006735A">
      <w:pPr>
        <w:rPr>
          <w:lang w:eastAsia="ja-JP"/>
        </w:rPr>
      </w:pPr>
    </w:p>
    <w:p w14:paraId="138E5448" w14:textId="77777777" w:rsidR="0006735A" w:rsidRDefault="00000000">
      <w:pPr>
        <w:pStyle w:val="1"/>
        <w:spacing w:before="140" w:after="60"/>
      </w:pPr>
      <w:r>
        <w:t>提出前の確認</w:t>
      </w:r>
    </w:p>
    <w:tbl>
      <w:tblPr>
        <w:tblW w:w="0" w:type="auto"/>
        <w:jc w:val="center"/>
        <w:tblLook w:val="04A0" w:firstRow="1" w:lastRow="0" w:firstColumn="1" w:lastColumn="0" w:noHBand="0" w:noVBand="1"/>
      </w:tblPr>
      <w:tblGrid>
        <w:gridCol w:w="9978"/>
      </w:tblGrid>
      <w:tr w:rsidR="0006735A" w14:paraId="0AF98A47" w14:textId="77777777">
        <w:trPr>
          <w:jc w:val="center"/>
        </w:trPr>
        <w:tc>
          <w:tcPr>
            <w:tcW w:w="9978" w:type="dxa"/>
            <w:tcBorders>
              <w:top w:val="single" w:sz="2" w:space="0" w:color="D9D9D9"/>
              <w:left w:val="single" w:sz="2" w:space="0" w:color="D9D9D9"/>
              <w:bottom w:val="single" w:sz="2" w:space="0" w:color="D9D9D9"/>
              <w:right w:val="single" w:sz="2" w:space="0" w:color="D9D9D9"/>
            </w:tcBorders>
            <w:shd w:val="clear" w:color="auto" w:fill="FFFFFF"/>
          </w:tcPr>
          <w:p w14:paraId="56440826" w14:textId="77777777" w:rsidR="0006735A" w:rsidRDefault="00000000">
            <w:pPr>
              <w:spacing w:line="250" w:lineRule="auto"/>
              <w:rPr>
                <w:lang w:eastAsia="ja-JP"/>
              </w:rPr>
            </w:pPr>
            <w:r>
              <w:rPr>
                <w:sz w:val="18"/>
                <w:lang w:eastAsia="ja-JP"/>
              </w:rPr>
              <w:t>□　発表区分に対応した指定Wordテンプレートを使用した。</w:t>
            </w:r>
          </w:p>
        </w:tc>
      </w:tr>
      <w:tr w:rsidR="0006735A" w14:paraId="363D1568" w14:textId="77777777">
        <w:trPr>
          <w:jc w:val="center"/>
        </w:trPr>
        <w:tc>
          <w:tcPr>
            <w:tcW w:w="9978" w:type="dxa"/>
            <w:tcBorders>
              <w:top w:val="single" w:sz="2" w:space="0" w:color="D9D9D9"/>
              <w:left w:val="single" w:sz="2" w:space="0" w:color="D9D9D9"/>
              <w:bottom w:val="single" w:sz="2" w:space="0" w:color="D9D9D9"/>
              <w:right w:val="single" w:sz="2" w:space="0" w:color="D9D9D9"/>
            </w:tcBorders>
            <w:shd w:val="clear" w:color="auto" w:fill="F7F7F7"/>
          </w:tcPr>
          <w:p w14:paraId="223A6B8F" w14:textId="77777777" w:rsidR="0006735A" w:rsidRDefault="00000000">
            <w:pPr>
              <w:spacing w:line="250" w:lineRule="auto"/>
              <w:rPr>
                <w:lang w:eastAsia="ja-JP"/>
              </w:rPr>
            </w:pPr>
            <w:r>
              <w:rPr>
                <w:sz w:val="18"/>
                <w:lang w:eastAsia="ja-JP"/>
              </w:rPr>
              <w:t>□　発表要旨は日本語で作成した。</w:t>
            </w:r>
          </w:p>
        </w:tc>
      </w:tr>
      <w:tr w:rsidR="0006735A" w14:paraId="04612CD8" w14:textId="77777777">
        <w:trPr>
          <w:jc w:val="center"/>
        </w:trPr>
        <w:tc>
          <w:tcPr>
            <w:tcW w:w="9978" w:type="dxa"/>
            <w:tcBorders>
              <w:top w:val="single" w:sz="2" w:space="0" w:color="D9D9D9"/>
              <w:left w:val="single" w:sz="2" w:space="0" w:color="D9D9D9"/>
              <w:bottom w:val="single" w:sz="2" w:space="0" w:color="D9D9D9"/>
              <w:right w:val="single" w:sz="2" w:space="0" w:color="D9D9D9"/>
            </w:tcBorders>
            <w:shd w:val="clear" w:color="auto" w:fill="FFFFFF"/>
          </w:tcPr>
          <w:p w14:paraId="606B030E" w14:textId="77777777" w:rsidR="0006735A" w:rsidRDefault="00000000">
            <w:pPr>
              <w:spacing w:line="250" w:lineRule="auto"/>
              <w:rPr>
                <w:lang w:eastAsia="ja-JP"/>
              </w:rPr>
            </w:pPr>
            <w:r>
              <w:rPr>
                <w:sz w:val="18"/>
                <w:lang w:eastAsia="ja-JP"/>
              </w:rPr>
              <w:t>□　画像、写真、図、表、グラフ等を使用していない。</w:t>
            </w:r>
          </w:p>
        </w:tc>
      </w:tr>
      <w:tr w:rsidR="0006735A" w14:paraId="2F591202" w14:textId="77777777">
        <w:trPr>
          <w:jc w:val="center"/>
        </w:trPr>
        <w:tc>
          <w:tcPr>
            <w:tcW w:w="9978" w:type="dxa"/>
            <w:tcBorders>
              <w:top w:val="single" w:sz="2" w:space="0" w:color="D9D9D9"/>
              <w:left w:val="single" w:sz="2" w:space="0" w:color="D9D9D9"/>
              <w:bottom w:val="single" w:sz="2" w:space="0" w:color="D9D9D9"/>
              <w:right w:val="single" w:sz="2" w:space="0" w:color="D9D9D9"/>
            </w:tcBorders>
            <w:shd w:val="clear" w:color="auto" w:fill="F7F7F7"/>
          </w:tcPr>
          <w:p w14:paraId="1F021E82" w14:textId="77777777" w:rsidR="0006735A" w:rsidRDefault="00000000">
            <w:pPr>
              <w:spacing w:line="250" w:lineRule="auto"/>
              <w:rPr>
                <w:lang w:eastAsia="ja-JP"/>
              </w:rPr>
            </w:pPr>
            <w:r>
              <w:rPr>
                <w:sz w:val="18"/>
                <w:lang w:eastAsia="ja-JP"/>
              </w:rPr>
              <w:t>□　キーワードは5語以内である。</w:t>
            </w:r>
          </w:p>
        </w:tc>
      </w:tr>
      <w:tr w:rsidR="0006735A" w14:paraId="3B73CE24" w14:textId="77777777">
        <w:trPr>
          <w:jc w:val="center"/>
        </w:trPr>
        <w:tc>
          <w:tcPr>
            <w:tcW w:w="9978" w:type="dxa"/>
            <w:tcBorders>
              <w:top w:val="single" w:sz="2" w:space="0" w:color="D9D9D9"/>
              <w:left w:val="single" w:sz="2" w:space="0" w:color="D9D9D9"/>
              <w:bottom w:val="single" w:sz="2" w:space="0" w:color="D9D9D9"/>
              <w:right w:val="single" w:sz="2" w:space="0" w:color="D9D9D9"/>
            </w:tcBorders>
            <w:shd w:val="clear" w:color="auto" w:fill="FFFFFF"/>
          </w:tcPr>
          <w:p w14:paraId="071493B9" w14:textId="77777777" w:rsidR="0006735A" w:rsidRDefault="00000000">
            <w:pPr>
              <w:spacing w:line="250" w:lineRule="auto"/>
              <w:rPr>
                <w:lang w:eastAsia="ja-JP"/>
              </w:rPr>
            </w:pPr>
            <w:r>
              <w:rPr>
                <w:sz w:val="18"/>
                <w:lang w:eastAsia="ja-JP"/>
              </w:rPr>
              <w:lastRenderedPageBreak/>
              <w:t>□　必要な【見出し】を残し、入力補助文を削除した。</w:t>
            </w:r>
          </w:p>
        </w:tc>
      </w:tr>
      <w:tr w:rsidR="0006735A" w14:paraId="0144585F" w14:textId="77777777">
        <w:trPr>
          <w:jc w:val="center"/>
        </w:trPr>
        <w:tc>
          <w:tcPr>
            <w:tcW w:w="9978" w:type="dxa"/>
            <w:tcBorders>
              <w:top w:val="single" w:sz="2" w:space="0" w:color="D9D9D9"/>
              <w:left w:val="single" w:sz="2" w:space="0" w:color="D9D9D9"/>
              <w:bottom w:val="single" w:sz="2" w:space="0" w:color="D9D9D9"/>
              <w:right w:val="single" w:sz="2" w:space="0" w:color="D9D9D9"/>
            </w:tcBorders>
            <w:shd w:val="clear" w:color="auto" w:fill="F7F7F7"/>
          </w:tcPr>
          <w:p w14:paraId="64B7FBD0" w14:textId="77777777" w:rsidR="0006735A" w:rsidRDefault="00000000">
            <w:pPr>
              <w:spacing w:line="250" w:lineRule="auto"/>
              <w:rPr>
                <w:lang w:eastAsia="ja-JP"/>
              </w:rPr>
            </w:pPr>
            <w:r>
              <w:rPr>
                <w:sz w:val="18"/>
                <w:lang w:eastAsia="ja-JP"/>
              </w:rPr>
              <w:t>□　各見出し・本文・COI・倫理的配慮を含む本文が800字以内である。</w:t>
            </w:r>
          </w:p>
        </w:tc>
      </w:tr>
      <w:tr w:rsidR="0006735A" w14:paraId="0EF14845" w14:textId="77777777">
        <w:trPr>
          <w:jc w:val="center"/>
        </w:trPr>
        <w:tc>
          <w:tcPr>
            <w:tcW w:w="9978" w:type="dxa"/>
            <w:tcBorders>
              <w:top w:val="single" w:sz="2" w:space="0" w:color="D9D9D9"/>
              <w:left w:val="single" w:sz="2" w:space="0" w:color="D9D9D9"/>
              <w:bottom w:val="single" w:sz="2" w:space="0" w:color="D9D9D9"/>
              <w:right w:val="single" w:sz="2" w:space="0" w:color="D9D9D9"/>
            </w:tcBorders>
            <w:shd w:val="clear" w:color="auto" w:fill="FFFFFF"/>
          </w:tcPr>
          <w:p w14:paraId="35FEE704" w14:textId="77777777" w:rsidR="0006735A" w:rsidRDefault="00000000">
            <w:pPr>
              <w:spacing w:line="250" w:lineRule="auto"/>
              <w:rPr>
                <w:lang w:eastAsia="ja-JP"/>
              </w:rPr>
            </w:pPr>
            <w:r>
              <w:rPr>
                <w:sz w:val="18"/>
                <w:lang w:eastAsia="ja-JP"/>
              </w:rPr>
              <w:t>□　COIと倫理的配慮を確認し、該当する内容を記載した。</w:t>
            </w:r>
          </w:p>
        </w:tc>
      </w:tr>
      <w:tr w:rsidR="0006735A" w14:paraId="71C4251E" w14:textId="77777777">
        <w:trPr>
          <w:jc w:val="center"/>
        </w:trPr>
        <w:tc>
          <w:tcPr>
            <w:tcW w:w="9978" w:type="dxa"/>
            <w:tcBorders>
              <w:top w:val="single" w:sz="2" w:space="0" w:color="D9D9D9"/>
              <w:left w:val="single" w:sz="2" w:space="0" w:color="D9D9D9"/>
              <w:bottom w:val="single" w:sz="2" w:space="0" w:color="D9D9D9"/>
              <w:right w:val="single" w:sz="2" w:space="0" w:color="D9D9D9"/>
            </w:tcBorders>
            <w:shd w:val="clear" w:color="auto" w:fill="F7F7F7"/>
          </w:tcPr>
          <w:p w14:paraId="596E2667" w14:textId="77777777" w:rsidR="0006735A" w:rsidRDefault="00000000">
            <w:pPr>
              <w:spacing w:line="250" w:lineRule="auto"/>
              <w:rPr>
                <w:lang w:eastAsia="ja-JP"/>
              </w:rPr>
            </w:pPr>
            <w:r>
              <w:rPr>
                <w:sz w:val="18"/>
                <w:lang w:eastAsia="ja-JP"/>
              </w:rPr>
              <w:t>□　倫理審査が非該当または不要の場合も、その理由を【倫理的配慮】に記載した。</w:t>
            </w:r>
          </w:p>
        </w:tc>
      </w:tr>
      <w:tr w:rsidR="0006735A" w14:paraId="43170F8B" w14:textId="77777777">
        <w:trPr>
          <w:jc w:val="center"/>
        </w:trPr>
        <w:tc>
          <w:tcPr>
            <w:tcW w:w="9978" w:type="dxa"/>
            <w:tcBorders>
              <w:top w:val="single" w:sz="2" w:space="0" w:color="D9D9D9"/>
              <w:left w:val="single" w:sz="2" w:space="0" w:color="D9D9D9"/>
              <w:bottom w:val="single" w:sz="2" w:space="0" w:color="D9D9D9"/>
              <w:right w:val="single" w:sz="2" w:space="0" w:color="D9D9D9"/>
            </w:tcBorders>
            <w:shd w:val="clear" w:color="auto" w:fill="FFFFFF"/>
          </w:tcPr>
          <w:p w14:paraId="0CD0D8BA" w14:textId="77777777" w:rsidR="0006735A" w:rsidRDefault="00000000">
            <w:pPr>
              <w:spacing w:line="250" w:lineRule="auto"/>
              <w:rPr>
                <w:lang w:eastAsia="ja-JP"/>
              </w:rPr>
            </w:pPr>
            <w:r>
              <w:rPr>
                <w:sz w:val="18"/>
                <w:lang w:eastAsia="ja-JP"/>
              </w:rPr>
              <w:t>□　外字、特殊記号、環境依存文字を使用していない。</w:t>
            </w:r>
          </w:p>
        </w:tc>
      </w:tr>
      <w:tr w:rsidR="0006735A" w14:paraId="5888E6BC" w14:textId="77777777">
        <w:trPr>
          <w:jc w:val="center"/>
        </w:trPr>
        <w:tc>
          <w:tcPr>
            <w:tcW w:w="9978" w:type="dxa"/>
            <w:tcBorders>
              <w:top w:val="single" w:sz="2" w:space="0" w:color="D9D9D9"/>
              <w:left w:val="single" w:sz="2" w:space="0" w:color="D9D9D9"/>
              <w:bottom w:val="single" w:sz="2" w:space="0" w:color="D9D9D9"/>
              <w:right w:val="single" w:sz="2" w:space="0" w:color="D9D9D9"/>
            </w:tcBorders>
            <w:shd w:val="clear" w:color="auto" w:fill="F7F7F7"/>
          </w:tcPr>
          <w:p w14:paraId="66BC1545" w14:textId="77777777" w:rsidR="0006735A" w:rsidRDefault="00000000">
            <w:pPr>
              <w:spacing w:line="250" w:lineRule="auto"/>
              <w:rPr>
                <w:lang w:eastAsia="ja-JP"/>
              </w:rPr>
            </w:pPr>
            <w:r>
              <w:rPr>
                <w:sz w:val="18"/>
                <w:lang w:eastAsia="ja-JP"/>
              </w:rPr>
              <w:t>□　筆頭発表者、共同発表者、所属の表記を確認した。</w:t>
            </w:r>
          </w:p>
        </w:tc>
      </w:tr>
      <w:tr w:rsidR="0006735A" w14:paraId="40C8A1A2" w14:textId="77777777">
        <w:trPr>
          <w:jc w:val="center"/>
        </w:trPr>
        <w:tc>
          <w:tcPr>
            <w:tcW w:w="9978" w:type="dxa"/>
            <w:tcBorders>
              <w:top w:val="single" w:sz="2" w:space="0" w:color="D9D9D9"/>
              <w:left w:val="single" w:sz="2" w:space="0" w:color="D9D9D9"/>
              <w:bottom w:val="single" w:sz="2" w:space="0" w:color="D9D9D9"/>
              <w:right w:val="single" w:sz="2" w:space="0" w:color="D9D9D9"/>
            </w:tcBorders>
            <w:shd w:val="clear" w:color="auto" w:fill="FFFFFF"/>
          </w:tcPr>
          <w:p w14:paraId="17089F01" w14:textId="77777777" w:rsidR="0006735A" w:rsidRDefault="00000000">
            <w:pPr>
              <w:spacing w:line="250" w:lineRule="auto"/>
              <w:rPr>
                <w:lang w:eastAsia="ja-JP"/>
              </w:rPr>
            </w:pPr>
            <w:r>
              <w:rPr>
                <w:sz w:val="18"/>
                <w:lang w:eastAsia="ja-JP"/>
              </w:rPr>
              <w:t>□　試用版アプリを利用した場合、提案内容を自分で確認し、必要な内容だけを反映した。</w:t>
            </w:r>
          </w:p>
        </w:tc>
      </w:tr>
      <w:tr w:rsidR="0006735A" w14:paraId="1825E5B0" w14:textId="77777777">
        <w:trPr>
          <w:jc w:val="center"/>
        </w:trPr>
        <w:tc>
          <w:tcPr>
            <w:tcW w:w="9978" w:type="dxa"/>
            <w:tcBorders>
              <w:top w:val="single" w:sz="2" w:space="0" w:color="D9D9D9"/>
              <w:left w:val="single" w:sz="2" w:space="0" w:color="D9D9D9"/>
              <w:bottom w:val="single" w:sz="2" w:space="0" w:color="D9D9D9"/>
              <w:right w:val="single" w:sz="2" w:space="0" w:color="D9D9D9"/>
            </w:tcBorders>
            <w:shd w:val="clear" w:color="auto" w:fill="F7F7F7"/>
          </w:tcPr>
          <w:p w14:paraId="6BEDAD80" w14:textId="77777777" w:rsidR="0006735A" w:rsidRDefault="00000000">
            <w:pPr>
              <w:spacing w:line="250" w:lineRule="auto"/>
              <w:rPr>
                <w:lang w:eastAsia="ja-JP"/>
              </w:rPr>
            </w:pPr>
            <w:r>
              <w:rPr>
                <w:sz w:val="18"/>
                <w:lang w:eastAsia="ja-JP"/>
              </w:rPr>
              <w:t>□　提出された発表要旨は原文のまま掲載されることを理解し、最終確認した。</w:t>
            </w:r>
          </w:p>
        </w:tc>
      </w:tr>
    </w:tbl>
    <w:p w14:paraId="00E950DB" w14:textId="77777777" w:rsidR="0006735A" w:rsidRDefault="00000000">
      <w:pPr>
        <w:spacing w:before="100" w:after="20" w:line="264" w:lineRule="auto"/>
        <w:rPr>
          <w:lang w:eastAsia="zh-TW"/>
        </w:rPr>
      </w:pPr>
      <w:r>
        <w:rPr>
          <w:b/>
          <w:sz w:val="19"/>
          <w:lang w:eastAsia="zh-TW"/>
        </w:rPr>
        <w:t xml:space="preserve">最終確認日：　　　　年　　　月　　　日　　確認者：　　　　　　　　　　　　　　</w:t>
      </w:r>
    </w:p>
    <w:sectPr w:rsidR="0006735A" w:rsidSect="00034616">
      <w:headerReference w:type="default" r:id="rId8"/>
      <w:footerReference w:type="default" r:id="rId9"/>
      <w:pgSz w:w="11906" w:h="16838"/>
      <w:pgMar w:top="907" w:right="964" w:bottom="850" w:left="964" w:header="340"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0D1E0" w14:textId="77777777" w:rsidR="005B4127" w:rsidRDefault="005B4127">
      <w:pPr>
        <w:spacing w:line="240" w:lineRule="auto"/>
      </w:pPr>
      <w:r>
        <w:separator/>
      </w:r>
    </w:p>
  </w:endnote>
  <w:endnote w:type="continuationSeparator" w:id="0">
    <w:p w14:paraId="3F941325" w14:textId="77777777" w:rsidR="005B4127" w:rsidRDefault="005B41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Noto Sans CJK JP">
    <w:altName w:val="Cambria"/>
    <w:panose1 w:val="00000000000000000000"/>
    <w:charset w:val="00"/>
    <w:family w:val="roman"/>
    <w:notTrueType/>
    <w:pitch w:val="default"/>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Noto Serif CJK JP">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9AE1C" w14:textId="77777777" w:rsidR="0006735A" w:rsidRDefault="00000000">
    <w:pPr>
      <w:pStyle w:val="a7"/>
      <w:jc w:val="center"/>
    </w:pPr>
    <w:r>
      <w:rPr>
        <w:color w:val="646464"/>
        <w:sz w:val="16"/>
      </w:rPr>
      <w:t xml:space="preserve">－ </w:t>
    </w:r>
    <w:r>
      <w:rPr>
        <w:color w:val="646464"/>
        <w:sz w:val="16"/>
      </w:rPr>
      <w:fldChar w:fldCharType="begin"/>
    </w:r>
    <w:r>
      <w:rPr>
        <w:color w:val="646464"/>
        <w:sz w:val="16"/>
      </w:rPr>
      <w:instrText xml:space="preserve"> PAGE </w:instrText>
    </w:r>
    <w:r>
      <w:rPr>
        <w:color w:val="646464"/>
        <w:sz w:val="16"/>
      </w:rPr>
      <w:fldChar w:fldCharType="separate"/>
    </w:r>
    <w:r w:rsidR="00EF0ACD">
      <w:rPr>
        <w:noProof/>
        <w:color w:val="646464"/>
        <w:sz w:val="16"/>
      </w:rPr>
      <w:t>1</w:t>
    </w:r>
    <w:r>
      <w:rPr>
        <w:color w:val="646464"/>
        <w:sz w:val="16"/>
      </w:rPr>
      <w:fldChar w:fldCharType="end"/>
    </w:r>
    <w:r>
      <w:rPr>
        <w:color w:val="646464"/>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8ACD5" w14:textId="77777777" w:rsidR="005B4127" w:rsidRDefault="005B4127">
      <w:pPr>
        <w:spacing w:line="240" w:lineRule="auto"/>
      </w:pPr>
      <w:r>
        <w:separator/>
      </w:r>
    </w:p>
  </w:footnote>
  <w:footnote w:type="continuationSeparator" w:id="0">
    <w:p w14:paraId="30F19D1B" w14:textId="77777777" w:rsidR="005B4127" w:rsidRDefault="005B412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6DF1A" w14:textId="4F1A9E92" w:rsidR="0006735A" w:rsidRDefault="00000000">
    <w:pPr>
      <w:pStyle w:val="a5"/>
      <w:jc w:val="right"/>
      <w:rPr>
        <w:lang w:eastAsia="ja-JP"/>
      </w:rPr>
    </w:pPr>
    <w:r>
      <w:rPr>
        <w:color w:val="646464"/>
        <w:sz w:val="16"/>
        <w:lang w:eastAsia="ja-JP"/>
      </w:rPr>
      <w:t>第35回学術大会　発表要旨テンプレート C．歴史・文化人類学・質的研究等</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277636599">
    <w:abstractNumId w:val="8"/>
  </w:num>
  <w:num w:numId="2" w16cid:durableId="655256685">
    <w:abstractNumId w:val="6"/>
  </w:num>
  <w:num w:numId="3" w16cid:durableId="1263298983">
    <w:abstractNumId w:val="5"/>
  </w:num>
  <w:num w:numId="4" w16cid:durableId="410933514">
    <w:abstractNumId w:val="4"/>
  </w:num>
  <w:num w:numId="5" w16cid:durableId="1172330955">
    <w:abstractNumId w:val="7"/>
  </w:num>
  <w:num w:numId="6" w16cid:durableId="170294993">
    <w:abstractNumId w:val="3"/>
  </w:num>
  <w:num w:numId="7" w16cid:durableId="871455910">
    <w:abstractNumId w:val="2"/>
  </w:num>
  <w:num w:numId="8" w16cid:durableId="1280146520">
    <w:abstractNumId w:val="1"/>
  </w:num>
  <w:num w:numId="9" w16cid:durableId="1907310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735A"/>
    <w:rsid w:val="0015074B"/>
    <w:rsid w:val="002168F3"/>
    <w:rsid w:val="0029639D"/>
    <w:rsid w:val="00326F90"/>
    <w:rsid w:val="0047389C"/>
    <w:rsid w:val="005B4127"/>
    <w:rsid w:val="00AA1D8D"/>
    <w:rsid w:val="00B47730"/>
    <w:rsid w:val="00CB0664"/>
    <w:rsid w:val="00E001C6"/>
    <w:rsid w:val="00EF0ACD"/>
    <w:rsid w:val="00FC693F"/>
  </w:rsids>
  <m:mathPr>
    <m:mathFont m:val="Cambria Math"/>
    <m:brkBin m:val="before"/>
    <m:brkBinSub m:val="--"/>
    <m:smallFrac m:val="0"/>
    <m:dispDef/>
    <m:lMargin m:val="0"/>
    <m:rMargin m:val="0"/>
    <m:defJc m:val="centerGroup"/>
    <m:wrapIndent m:val="1440"/>
    <m:intLim m:val="subSup"/>
    <m:naryLim m:val="undOvr"/>
  </m:mathPr>
  <w:themeFontLang w:val="ja-JP"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20008923"/>
  <w14:defaultImageDpi w14:val="300"/>
  <w15:docId w15:val="{410283A8-FF93-4212-9778-1E6C9A10C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pPr>
    <w:rPr>
      <w:rFonts w:ascii="Noto Sans CJK JP" w:eastAsia="Noto Sans CJK JP" w:hAnsi="Noto Sans CJK JP"/>
      <w:sz w:val="21"/>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1F4E79"/>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1F4E79"/>
      <w:sz w:val="23"/>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373737"/>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36"/>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499</Words>
  <Characters>2848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第35回学術大会 発表要旨テンプレート C．歴史・文化人類学・質的研究等 Ver.1.0</dc:title>
  <dc:subject>第35回日本柔道整復接骨医学会学術大会 会員発表用</dc:subject>
  <dc:creator>第35回日本柔道整復接骨医学会学術大会</dc:creator>
  <cp:keywords>発表要旨, テンプレート, 日本柔道整復接骨医学会</cp:keywords>
  <dc:description>Ver.1.0確定版</dc:description>
  <cp:lastModifiedBy>譲 伊藤</cp:lastModifiedBy>
  <cp:revision>3</cp:revision>
  <dcterms:created xsi:type="dcterms:W3CDTF">2013-12-23T23:15:00Z</dcterms:created>
  <dcterms:modified xsi:type="dcterms:W3CDTF">2026-07-21T00:00:00Z</dcterms:modified>
  <cp:category/>
</cp:coreProperties>
</file>